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80"/>
        <w:jc w:val="left"/>
      </w:pPr>
      <w:r>
        <w:rPr>
          <w:rFonts w:ascii="Microsoft YaHei" w:hAnsi="Microsoft YaHei" w:eastAsia="Microsoft YaHei"/>
          <w:b/>
          <w:color w:val="185C48"/>
          <w:sz w:val="30"/>
        </w:rPr>
        <w:t>兴邦金租</w:t>
      </w:r>
      <w:r>
        <w:br/>
      </w:r>
      <w:r>
        <w:rPr>
          <w:rFonts w:ascii="Microsoft YaHei" w:hAnsi="Microsoft YaHei" w:eastAsia="Microsoft YaHei"/>
          <w:color w:val="666666"/>
          <w:sz w:val="19"/>
        </w:rPr>
        <w:t>对公智能评审</w:t>
      </w:r>
    </w:p>
    <w:p>
      <w:pPr>
        <w:pStyle w:val="Title"/>
        <w:spacing w:before="1400" w:after="280"/>
      </w:pPr>
      <w:r>
        <w:t>兴邦金租对公智能评审平台业务手册</w:t>
      </w:r>
    </w:p>
    <w:p>
      <w:pPr>
        <w:spacing w:after="840"/>
      </w:pPr>
      <w:r>
        <w:rPr>
          <w:rFonts w:ascii="Microsoft YaHei" w:hAnsi="Microsoft YaHei" w:eastAsia="Microsoft YaHei"/>
          <w:color w:val="666666"/>
          <w:sz w:val="26"/>
        </w:rPr>
        <w:t>面向客户经理 评审员 配置管理员和系统演示人员</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97"/>
        <w:gridCol w:w="4997"/>
      </w:tblGrid>
      <w:tr>
        <w:trPr>
          <w:tblHeader w:val="true"/>
          <w:cantSplit/>
        </w:trPr>
        <w:tc>
          <w:tcPr>
            <w:tcW w:type="dxa" w:w="2304"/>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文档信息</w:t>
            </w:r>
          </w:p>
        </w:tc>
        <w:tc>
          <w:tcPr>
            <w:tcW w:type="dxa" w:w="756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内容</w:t>
            </w:r>
          </w:p>
        </w:tc>
      </w:tr>
      <w:tr>
        <w:trPr>
          <w:cantSplit/>
        </w:trPr>
        <w:tc>
          <w:tcPr>
            <w:tcW w:type="dxa" w:w="2304"/>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9"/>
              </w:rPr>
              <w:t>文档版本</w:t>
            </w:r>
          </w:p>
        </w:tc>
        <w:tc>
          <w:tcPr>
            <w:tcW w:type="dxa" w:w="756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9"/>
              </w:rPr>
              <w:t>v1.0</w:t>
            </w:r>
          </w:p>
        </w:tc>
      </w:tr>
      <w:tr>
        <w:trPr>
          <w:cantSplit/>
        </w:trPr>
        <w:tc>
          <w:tcPr>
            <w:tcW w:type="dxa" w:w="2304"/>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9"/>
              </w:rPr>
              <w:t>对应系统版本</w:t>
            </w:r>
          </w:p>
        </w:tc>
        <w:tc>
          <w:tcPr>
            <w:tcW w:type="dxa" w:w="756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9"/>
              </w:rPr>
              <w:t>2026年9月演示部署版 370ec46</w:t>
            </w:r>
          </w:p>
        </w:tc>
      </w:tr>
      <w:tr>
        <w:trPr>
          <w:cantSplit/>
        </w:trPr>
        <w:tc>
          <w:tcPr>
            <w:tcW w:type="dxa" w:w="2304"/>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9"/>
              </w:rPr>
              <w:t>编制日期</w:t>
            </w:r>
          </w:p>
        </w:tc>
        <w:tc>
          <w:tcPr>
            <w:tcW w:type="dxa" w:w="756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9"/>
              </w:rPr>
              <w:t>2026年9月15日</w:t>
            </w:r>
          </w:p>
        </w:tc>
      </w:tr>
      <w:tr>
        <w:trPr>
          <w:cantSplit/>
        </w:trPr>
        <w:tc>
          <w:tcPr>
            <w:tcW w:type="dxa" w:w="2304"/>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9"/>
              </w:rPr>
              <w:t>适用范围</w:t>
            </w:r>
          </w:p>
        </w:tc>
        <w:tc>
          <w:tcPr>
            <w:tcW w:type="dxa" w:w="756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9"/>
              </w:rPr>
              <w:t>对公融资租赁项目的材料归集 AI预审 独立评审 报告和过程管理</w:t>
            </w:r>
          </w:p>
        </w:tc>
      </w:tr>
    </w:tbl>
    <w:p>
      <w:pPr>
        <w:spacing w:after="40"/>
      </w:pPr>
    </w:p>
    <w:p>
      <w:pPr>
        <w:spacing w:before="760" w:after="0"/>
      </w:pPr>
      <w:r>
        <w:rPr>
          <w:rFonts w:ascii="Microsoft YaHei" w:hAnsi="Microsoft YaHei" w:eastAsia="Microsoft YaHei"/>
          <w:b/>
          <w:color w:val="000000"/>
          <w:sz w:val="19"/>
        </w:rPr>
        <w:t xml:space="preserve">使用说明  </w:t>
      </w:r>
      <w:r>
        <w:rPr>
          <w:rFonts w:ascii="Microsoft YaHei" w:hAnsi="Microsoft YaHei" w:eastAsia="Microsoft YaHei"/>
          <w:color w:val="666666"/>
          <w:sz w:val="19"/>
        </w:rPr>
        <w:t>本手册按当前可演示功能编写。演示数据、规则阈值和身份切换方式不代表正式生产制度。</w:t>
      </w:r>
    </w:p>
    <w:p>
      <w:r>
        <w:br w:type="page"/>
      </w:r>
    </w:p>
    <w:p>
      <w:pPr>
        <w:pStyle w:val="Heading1"/>
        <w:keepNext/>
        <w:pageBreakBefore w:val="0"/>
      </w:pPr>
      <w:r>
        <w:rPr>
          <w:rFonts w:ascii="Microsoft YaHei" w:hAnsi="Microsoft YaHei" w:eastAsia="Microsoft YaHei"/>
          <w:b/>
          <w:color w:val="000000"/>
          <w:sz w:val="36"/>
        </w:rPr>
        <w:t>手册导读</w:t>
      </w:r>
    </w:p>
    <w:p>
      <w:pPr>
        <w:pStyle w:val="BodyText"/>
        <w:spacing w:after="120" w:line="312" w:lineRule="auto"/>
      </w:pPr>
      <w:r>
        <w:rPr>
          <w:rFonts w:ascii="Microsoft YaHei" w:hAnsi="Microsoft YaHei" w:eastAsia="Microsoft YaHei"/>
          <w:color w:val="000000"/>
          <w:sz w:val="21"/>
        </w:rPr>
        <w:t>本手册帮助业务人员按角色完成一个对公融资租赁项目的全过程办理，也帮助管理人员理解系统的设计边界。系统把材料、数据来源、AI判断、人工意见、报告版本和时间记录放在同一项目下，用户从项目出发办理业务，不需要理解底层 Agent、SQL 或提示词。</w:t>
      </w:r>
    </w:p>
    <w:p>
      <w:pPr>
        <w:pStyle w:val="BodyText"/>
        <w:spacing w:after="120" w:line="312" w:lineRule="auto"/>
      </w:pPr>
      <w:r>
        <w:rPr>
          <w:rFonts w:ascii="Microsoft YaHei" w:hAnsi="Microsoft YaHei" w:eastAsia="Microsoft YaHei"/>
          <w:color w:val="000000"/>
          <w:sz w:val="21"/>
        </w:rPr>
        <w:t>演示版提供客户经理、评审员和配置管理员三个身份。客户经理完成送审前准备，评审员进行独立评审，配置管理员管理数据和业务能力。所有 AI 预审与评审任务均由 mini-openclaw 调度已发布的数据卡、Skills、规则、经验和报告模板。</w:t>
      </w:r>
    </w:p>
    <w:p>
      <w:pPr>
        <w:pStyle w:val="Heading2"/>
        <w:keepNext/>
        <w:pageBreakBefore w:val="0"/>
      </w:pPr>
      <w:r>
        <w:rPr>
          <w:rFonts w:ascii="Microsoft YaHei" w:hAnsi="Microsoft YaHei" w:eastAsia="Microsoft YaHei"/>
          <w:b/>
          <w:color w:val="000000"/>
          <w:sz w:val="28"/>
        </w:rPr>
        <w:t>阅读路径</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31"/>
        <w:gridCol w:w="3331"/>
        <w:gridCol w:w="3331"/>
      </w:tblGrid>
      <w:tr>
        <w:trPr>
          <w:tblHeader w:val="true"/>
          <w:cantSplit/>
        </w:trPr>
        <w:tc>
          <w:tcPr>
            <w:tcW w:type="dxa" w:w="1728"/>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读者</w:t>
            </w:r>
          </w:p>
        </w:tc>
        <w:tc>
          <w:tcPr>
            <w:tcW w:type="dxa" w:w="288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建议先读</w:t>
            </w:r>
          </w:p>
        </w:tc>
        <w:tc>
          <w:tcPr>
            <w:tcW w:type="dxa" w:w="5256"/>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使用目标</w:t>
            </w:r>
          </w:p>
        </w:tc>
      </w:tr>
      <w:tr>
        <w:trPr>
          <w:cantSplit/>
        </w:trPr>
        <w:tc>
          <w:tcPr>
            <w:tcW w:type="dxa" w:w="1728"/>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客户经理</w:t>
            </w:r>
          </w:p>
        </w:tc>
        <w:tc>
          <w:tcPr>
            <w:tcW w:type="dxa" w:w="288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第5章和第10章</w:t>
            </w:r>
          </w:p>
        </w:tc>
        <w:tc>
          <w:tcPr>
            <w:tcW w:type="dxa" w:w="525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完成补材料 AI预审 报告和提交评审</w:t>
            </w:r>
          </w:p>
        </w:tc>
      </w:tr>
      <w:tr>
        <w:trPr>
          <w:cantSplit/>
        </w:trPr>
        <w:tc>
          <w:tcPr>
            <w:tcW w:type="dxa" w:w="1728"/>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8"/>
              </w:rPr>
              <w:t>评审员</w:t>
            </w:r>
          </w:p>
        </w:tc>
        <w:tc>
          <w:tcPr>
            <w:tcW w:type="dxa" w:w="288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第6章和第10章</w:t>
            </w:r>
          </w:p>
        </w:tc>
        <w:tc>
          <w:tcPr>
            <w:tcW w:type="dxa" w:w="525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领取项目 完成全链路复核 退回或批准</w:t>
            </w:r>
          </w:p>
        </w:tc>
      </w:tr>
      <w:tr>
        <w:trPr>
          <w:cantSplit/>
        </w:trPr>
        <w:tc>
          <w:tcPr>
            <w:tcW w:type="dxa" w:w="1728"/>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配置管理员</w:t>
            </w:r>
          </w:p>
        </w:tc>
        <w:tc>
          <w:tcPr>
            <w:tcW w:type="dxa" w:w="288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第7章和第8章</w:t>
            </w:r>
          </w:p>
        </w:tc>
        <w:tc>
          <w:tcPr>
            <w:tcW w:type="dxa" w:w="525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管理数据卡 Skills 规则 方案和发布边界</w:t>
            </w:r>
          </w:p>
        </w:tc>
      </w:tr>
      <w:tr>
        <w:trPr>
          <w:cantSplit/>
        </w:trPr>
        <w:tc>
          <w:tcPr>
            <w:tcW w:type="dxa" w:w="1728"/>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8"/>
              </w:rPr>
              <w:t>项目负责人</w:t>
            </w:r>
          </w:p>
        </w:tc>
        <w:tc>
          <w:tcPr>
            <w:tcW w:type="dxa" w:w="288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第3章 第4章和第9章</w:t>
            </w:r>
          </w:p>
        </w:tc>
        <w:tc>
          <w:tcPr>
            <w:tcW w:type="dxa" w:w="525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理解职责分工 查看业务时效和堵点</w:t>
            </w:r>
          </w:p>
        </w:tc>
      </w:tr>
      <w:tr>
        <w:trPr>
          <w:cantSplit/>
        </w:trPr>
        <w:tc>
          <w:tcPr>
            <w:tcW w:type="dxa" w:w="1728"/>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演示人员</w:t>
            </w:r>
          </w:p>
        </w:tc>
        <w:tc>
          <w:tcPr>
            <w:tcW w:type="dxa" w:w="288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第11章和附录C</w:t>
            </w:r>
          </w:p>
        </w:tc>
        <w:tc>
          <w:tcPr>
            <w:tcW w:type="dxa" w:w="525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按最小数据集完成可重复演示</w:t>
            </w:r>
          </w:p>
        </w:tc>
      </w:tr>
    </w:tbl>
    <w:p>
      <w:pPr>
        <w:spacing w:after="40"/>
      </w:pPr>
    </w:p>
    <w:p>
      <w:r>
        <w:br w:type="page"/>
      </w:r>
    </w:p>
    <w:p>
      <w:pPr>
        <w:pStyle w:val="Heading2"/>
        <w:keepNext/>
        <w:pageBreakBefore w:val="0"/>
      </w:pPr>
      <w:r>
        <w:rPr>
          <w:rFonts w:ascii="Microsoft YaHei" w:hAnsi="Microsoft YaHei" w:eastAsia="Microsoft YaHei"/>
          <w:b/>
          <w:color w:val="000000"/>
          <w:sz w:val="28"/>
        </w:rPr>
        <w:t>目录</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97"/>
        <w:gridCol w:w="4997"/>
      </w:tblGrid>
      <w:tr>
        <w:trPr>
          <w:tblHeader w:val="true"/>
          <w:cantSplit/>
        </w:trPr>
        <w:tc>
          <w:tcPr>
            <w:tcW w:type="dxa" w:w="4896"/>
            <w:shd w:fill="185C48"/>
            <w:tcMar>
              <w:top w:w="70" w:type="dxa"/>
              <w:start w:w="120" w:type="dxa"/>
              <w:bottom w:w="70" w:type="dxa"/>
              <w:end w:w="120" w:type="dxa"/>
            </w:tcMar>
            <w:vAlign w:val="center"/>
          </w:tcPr>
          <w:p>
            <w:pPr>
              <w:spacing w:after="0" w:line="283" w:lineRule="auto"/>
              <w:jc w:val="center"/>
            </w:pPr>
            <w:r>
              <w:rPr>
                <w:rFonts w:ascii="Microsoft YaHei" w:hAnsi="Microsoft YaHei" w:eastAsia="Microsoft YaHei"/>
                <w:b/>
                <w:color w:val="FFFFFF"/>
                <w:sz w:val="18"/>
              </w:rPr>
              <w:t>章节目录 1—9</w:t>
            </w:r>
          </w:p>
        </w:tc>
        <w:tc>
          <w:tcPr>
            <w:tcW w:type="dxa" w:w="4968"/>
            <w:shd w:fill="185C48"/>
            <w:tcMar>
              <w:top w:w="70" w:type="dxa"/>
              <w:start w:w="120" w:type="dxa"/>
              <w:bottom w:w="70" w:type="dxa"/>
              <w:end w:w="120" w:type="dxa"/>
            </w:tcMar>
            <w:vAlign w:val="center"/>
          </w:tcPr>
          <w:p>
            <w:pPr>
              <w:spacing w:after="0" w:line="283" w:lineRule="auto"/>
              <w:jc w:val="center"/>
            </w:pPr>
            <w:r>
              <w:rPr>
                <w:rFonts w:ascii="Microsoft YaHei" w:hAnsi="Microsoft YaHei" w:eastAsia="Microsoft YaHei"/>
                <w:b/>
                <w:color w:val="FFFFFF"/>
                <w:sz w:val="18"/>
              </w:rPr>
              <w:t>章节目录 10—附录</w:t>
            </w:r>
          </w:p>
        </w:tc>
      </w:tr>
      <w:tr>
        <w:trPr>
          <w:cantSplit/>
        </w:trPr>
        <w:tc>
          <w:tcPr>
            <w:tcW w:type="dxa" w:w="4896"/>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7"/>
              </w:rPr>
              <w:t>1 系统定位与设计原则</w:t>
            </w:r>
          </w:p>
        </w:tc>
        <w:tc>
          <w:tcPr>
            <w:tcW w:type="dxa" w:w="4968"/>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7"/>
              </w:rPr>
              <w:t>10 报告 经验和评审闭环</w:t>
            </w:r>
          </w:p>
        </w:tc>
      </w:tr>
      <w:tr>
        <w:trPr>
          <w:cantSplit/>
        </w:trPr>
        <w:tc>
          <w:tcPr>
            <w:tcW w:type="dxa" w:w="4896"/>
            <w:tcMar>
              <w:top w:w="58" w:type="dxa"/>
              <w:start w:w="120" w:type="dxa"/>
              <w:bottom w:w="58" w:type="dxa"/>
              <w:end w:w="120" w:type="dxa"/>
            </w:tcMar>
            <w:shd w:fill="F5F6F6"/>
            <w:vAlign w:val="center"/>
          </w:tcPr>
          <w:p>
            <w:pPr>
              <w:spacing w:after="0" w:line="283" w:lineRule="auto"/>
              <w:jc w:val="left"/>
            </w:pPr>
            <w:r>
              <w:rPr>
                <w:rFonts w:ascii="Microsoft YaHei" w:hAnsi="Microsoft YaHei" w:eastAsia="Microsoft YaHei"/>
                <w:b w:val="0"/>
                <w:color w:val="000000"/>
                <w:sz w:val="17"/>
              </w:rPr>
              <w:t>2 业务架构与信息流</w:t>
            </w:r>
          </w:p>
        </w:tc>
        <w:tc>
          <w:tcPr>
            <w:tcW w:type="dxa" w:w="4968"/>
            <w:tcMar>
              <w:top w:w="58" w:type="dxa"/>
              <w:start w:w="120" w:type="dxa"/>
              <w:bottom w:w="58" w:type="dxa"/>
              <w:end w:w="120" w:type="dxa"/>
            </w:tcMar>
            <w:shd w:fill="F5F6F6"/>
            <w:vAlign w:val="center"/>
          </w:tcPr>
          <w:p>
            <w:pPr>
              <w:spacing w:after="0" w:line="283" w:lineRule="auto"/>
              <w:jc w:val="left"/>
            </w:pPr>
            <w:r>
              <w:rPr>
                <w:rFonts w:ascii="Microsoft YaHei" w:hAnsi="Microsoft YaHei" w:eastAsia="Microsoft YaHei"/>
                <w:b w:val="0"/>
                <w:color w:val="000000"/>
                <w:sz w:val="17"/>
              </w:rPr>
              <w:t>11 演示数据与完整演示流程</w:t>
            </w:r>
          </w:p>
        </w:tc>
      </w:tr>
      <w:tr>
        <w:trPr>
          <w:cantSplit/>
        </w:trPr>
        <w:tc>
          <w:tcPr>
            <w:tcW w:type="dxa" w:w="4896"/>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7"/>
              </w:rPr>
              <w:t>3 角色职责与权限</w:t>
            </w:r>
          </w:p>
        </w:tc>
        <w:tc>
          <w:tcPr>
            <w:tcW w:type="dxa" w:w="4968"/>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7"/>
              </w:rPr>
              <w:t>12 常用状态和按钮条件</w:t>
            </w:r>
          </w:p>
        </w:tc>
      </w:tr>
      <w:tr>
        <w:trPr>
          <w:cantSplit/>
        </w:trPr>
        <w:tc>
          <w:tcPr>
            <w:tcW w:type="dxa" w:w="4896"/>
            <w:tcMar>
              <w:top w:w="58" w:type="dxa"/>
              <w:start w:w="120" w:type="dxa"/>
              <w:bottom w:w="58" w:type="dxa"/>
              <w:end w:w="120" w:type="dxa"/>
            </w:tcMar>
            <w:shd w:fill="F5F6F6"/>
            <w:vAlign w:val="center"/>
          </w:tcPr>
          <w:p>
            <w:pPr>
              <w:spacing w:after="0" w:line="283" w:lineRule="auto"/>
              <w:jc w:val="left"/>
            </w:pPr>
            <w:r>
              <w:rPr>
                <w:rFonts w:ascii="Microsoft YaHei" w:hAnsi="Microsoft YaHei" w:eastAsia="Microsoft YaHei"/>
                <w:b w:val="0"/>
                <w:color w:val="000000"/>
                <w:sz w:val="17"/>
              </w:rPr>
              <w:t>4 功能模块说明</w:t>
            </w:r>
          </w:p>
        </w:tc>
        <w:tc>
          <w:tcPr>
            <w:tcW w:type="dxa" w:w="4968"/>
            <w:tcMar>
              <w:top w:w="58" w:type="dxa"/>
              <w:start w:w="120" w:type="dxa"/>
              <w:bottom w:w="58" w:type="dxa"/>
              <w:end w:w="120" w:type="dxa"/>
            </w:tcMar>
            <w:shd w:fill="F5F6F6"/>
            <w:vAlign w:val="center"/>
          </w:tcPr>
          <w:p>
            <w:pPr>
              <w:spacing w:after="0" w:line="283" w:lineRule="auto"/>
              <w:jc w:val="left"/>
            </w:pPr>
            <w:r>
              <w:rPr>
                <w:rFonts w:ascii="Microsoft YaHei" w:hAnsi="Microsoft YaHei" w:eastAsia="Microsoft YaHei"/>
                <w:b w:val="0"/>
                <w:color w:val="000000"/>
                <w:sz w:val="17"/>
              </w:rPr>
              <w:t>13 异常处理和常见问题</w:t>
            </w:r>
          </w:p>
        </w:tc>
      </w:tr>
      <w:tr>
        <w:trPr>
          <w:cantSplit/>
        </w:trPr>
        <w:tc>
          <w:tcPr>
            <w:tcW w:type="dxa" w:w="4896"/>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7"/>
              </w:rPr>
              <w:t>5 客户经理业务流程</w:t>
            </w:r>
          </w:p>
        </w:tc>
        <w:tc>
          <w:tcPr>
            <w:tcW w:type="dxa" w:w="4968"/>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7"/>
              </w:rPr>
              <w:t>14 生产接入边界</w:t>
            </w:r>
          </w:p>
        </w:tc>
      </w:tr>
      <w:tr>
        <w:trPr>
          <w:cantSplit/>
        </w:trPr>
        <w:tc>
          <w:tcPr>
            <w:tcW w:type="dxa" w:w="4896"/>
            <w:tcMar>
              <w:top w:w="58" w:type="dxa"/>
              <w:start w:w="120" w:type="dxa"/>
              <w:bottom w:w="58" w:type="dxa"/>
              <w:end w:w="120" w:type="dxa"/>
            </w:tcMar>
            <w:shd w:fill="F5F6F6"/>
            <w:vAlign w:val="center"/>
          </w:tcPr>
          <w:p>
            <w:pPr>
              <w:spacing w:after="0" w:line="283" w:lineRule="auto"/>
              <w:jc w:val="left"/>
            </w:pPr>
            <w:r>
              <w:rPr>
                <w:rFonts w:ascii="Microsoft YaHei" w:hAnsi="Microsoft YaHei" w:eastAsia="Microsoft YaHei"/>
                <w:b w:val="0"/>
                <w:color w:val="000000"/>
                <w:sz w:val="17"/>
              </w:rPr>
              <w:t>6 评审员业务流程</w:t>
            </w:r>
          </w:p>
        </w:tc>
        <w:tc>
          <w:tcPr>
            <w:tcW w:type="dxa" w:w="4968"/>
            <w:tcMar>
              <w:top w:w="58" w:type="dxa"/>
              <w:start w:w="120" w:type="dxa"/>
              <w:bottom w:w="58" w:type="dxa"/>
              <w:end w:w="120" w:type="dxa"/>
            </w:tcMar>
            <w:shd w:fill="F5F6F6"/>
            <w:vAlign w:val="center"/>
          </w:tcPr>
          <w:p>
            <w:pPr>
              <w:spacing w:after="0" w:line="283" w:lineRule="auto"/>
              <w:jc w:val="left"/>
            </w:pPr>
            <w:r>
              <w:rPr>
                <w:rFonts w:ascii="Microsoft YaHei" w:hAnsi="Microsoft YaHei" w:eastAsia="Microsoft YaHei"/>
                <w:b w:val="0"/>
                <w:color w:val="000000"/>
                <w:sz w:val="17"/>
              </w:rPr>
              <w:t>附录A 业务数据表和数据卡</w:t>
            </w:r>
          </w:p>
        </w:tc>
      </w:tr>
      <w:tr>
        <w:trPr>
          <w:cantSplit/>
        </w:trPr>
        <w:tc>
          <w:tcPr>
            <w:tcW w:type="dxa" w:w="4896"/>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7"/>
              </w:rPr>
              <w:t>7 配置管理员业务流程</w:t>
            </w:r>
          </w:p>
        </w:tc>
        <w:tc>
          <w:tcPr>
            <w:tcW w:type="dxa" w:w="4968"/>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7"/>
              </w:rPr>
              <w:t>附录B 金租对公业务Skills</w:t>
            </w:r>
          </w:p>
        </w:tc>
      </w:tr>
      <w:tr>
        <w:trPr>
          <w:cantSplit/>
        </w:trPr>
        <w:tc>
          <w:tcPr>
            <w:tcW w:type="dxa" w:w="4896"/>
            <w:tcMar>
              <w:top w:w="58" w:type="dxa"/>
              <w:start w:w="120" w:type="dxa"/>
              <w:bottom w:w="58" w:type="dxa"/>
              <w:end w:w="120" w:type="dxa"/>
            </w:tcMar>
            <w:shd w:fill="F5F6F6"/>
            <w:vAlign w:val="center"/>
          </w:tcPr>
          <w:p>
            <w:pPr>
              <w:spacing w:after="0" w:line="283" w:lineRule="auto"/>
              <w:jc w:val="left"/>
            </w:pPr>
            <w:r>
              <w:rPr>
                <w:rFonts w:ascii="Microsoft YaHei" w:hAnsi="Microsoft YaHei" w:eastAsia="Microsoft YaHei"/>
                <w:b w:val="0"/>
                <w:color w:val="000000"/>
                <w:sz w:val="17"/>
              </w:rPr>
              <w:t>8 数据和结果可追溯</w:t>
            </w:r>
          </w:p>
        </w:tc>
        <w:tc>
          <w:tcPr>
            <w:tcW w:type="dxa" w:w="4968"/>
            <w:tcMar>
              <w:top w:w="58" w:type="dxa"/>
              <w:start w:w="120" w:type="dxa"/>
              <w:bottom w:w="58" w:type="dxa"/>
              <w:end w:w="120" w:type="dxa"/>
            </w:tcMar>
            <w:shd w:fill="F5F6F6"/>
            <w:vAlign w:val="center"/>
          </w:tcPr>
          <w:p>
            <w:pPr>
              <w:spacing w:after="0" w:line="283" w:lineRule="auto"/>
              <w:jc w:val="left"/>
            </w:pPr>
            <w:r>
              <w:rPr>
                <w:rFonts w:ascii="Microsoft YaHei" w:hAnsi="Microsoft YaHei" w:eastAsia="Microsoft YaHei"/>
                <w:b w:val="0"/>
                <w:color w:val="000000"/>
                <w:sz w:val="17"/>
              </w:rPr>
              <w:t>附录C 演示验收清单</w:t>
            </w:r>
          </w:p>
        </w:tc>
      </w:tr>
      <w:tr>
        <w:trPr>
          <w:cantSplit/>
        </w:trPr>
        <w:tc>
          <w:tcPr>
            <w:tcW w:type="dxa" w:w="4896"/>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7"/>
              </w:rPr>
              <w:t>9 业务时效与过程监控</w:t>
            </w:r>
          </w:p>
        </w:tc>
        <w:tc>
          <w:tcPr>
            <w:tcW w:type="dxa" w:w="4968"/>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7"/>
              </w:rPr>
            </w:r>
          </w:p>
        </w:tc>
      </w:tr>
    </w:tbl>
    <w:p>
      <w:pPr>
        <w:spacing w:after="40"/>
      </w:pPr>
    </w:p>
    <w:p>
      <w:pPr>
        <w:pStyle w:val="Heading1"/>
        <w:keepNext/>
        <w:pageBreakBefore/>
      </w:pPr>
      <w:r>
        <w:rPr>
          <w:rFonts w:ascii="Microsoft YaHei" w:hAnsi="Microsoft YaHei" w:eastAsia="Microsoft YaHei"/>
          <w:b/>
          <w:color w:val="000000"/>
          <w:sz w:val="36"/>
        </w:rPr>
        <w:t>1 系统定位与设计原则</w:t>
      </w:r>
    </w:p>
    <w:p>
      <w:pPr>
        <w:pStyle w:val="BodyText"/>
        <w:spacing w:after="120" w:line="312" w:lineRule="auto"/>
      </w:pPr>
      <w:r>
        <w:rPr>
          <w:rFonts w:ascii="Microsoft YaHei" w:hAnsi="Microsoft YaHei" w:eastAsia="Microsoft YaHei"/>
          <w:color w:val="000000"/>
          <w:sz w:val="21"/>
        </w:rPr>
        <w:t>本平台服务于对公融资租赁项目的送审准备和独立评审。它不替代客户经理收集事实，也不替代评审员作出审批判断。系统的作用是把来源分散的业务数据组织成可核查的项目事实，让 AI 和确定性检查在受控范围内工作，并把每次人工决定留在项目证据链中。</w:t>
      </w:r>
    </w:p>
    <w:p>
      <w:pPr>
        <w:pStyle w:val="Heading2"/>
        <w:keepNext/>
        <w:pageBreakBefore w:val="0"/>
      </w:pPr>
      <w:r>
        <w:rPr>
          <w:rFonts w:ascii="Microsoft YaHei" w:hAnsi="Microsoft YaHei" w:eastAsia="Microsoft YaHei"/>
          <w:b/>
          <w:color w:val="000000"/>
          <w:sz w:val="28"/>
        </w:rPr>
        <w:t>1.1 设计目标</w:t>
      </w:r>
    </w:p>
    <w:p>
      <w:pPr>
        <w:pStyle w:val="ListBullet"/>
        <w:spacing w:after="60" w:line="293" w:lineRule="auto"/>
      </w:pPr>
      <w:r>
        <w:rPr>
          <w:rFonts w:ascii="Microsoft YaHei" w:hAnsi="Microsoft YaHei" w:eastAsia="Microsoft YaHei"/>
          <w:color w:val="000000"/>
          <w:sz w:val="20"/>
        </w:rPr>
        <w:t>业务人员只处理项目、材料、问题、意见和报告，不直接配置数据库、SQL、模型参数或底层工具。</w:t>
      </w:r>
    </w:p>
    <w:p>
      <w:pPr>
        <w:pStyle w:val="ListBullet"/>
        <w:spacing w:after="60" w:line="293" w:lineRule="auto"/>
      </w:pPr>
      <w:r>
        <w:rPr>
          <w:rFonts w:ascii="Microsoft YaHei" w:hAnsi="Microsoft YaHei" w:eastAsia="Microsoft YaHei"/>
          <w:color w:val="000000"/>
          <w:sz w:val="20"/>
        </w:rPr>
        <w:t>客户经理预审和评审员独立评审使用不同业务方案，但公共事实、确定性计算和正式规则保持同源。</w:t>
      </w:r>
    </w:p>
    <w:p>
      <w:pPr>
        <w:pStyle w:val="ListBullet"/>
        <w:spacing w:after="60" w:line="293" w:lineRule="auto"/>
      </w:pPr>
      <w:r>
        <w:rPr>
          <w:rFonts w:ascii="Microsoft YaHei" w:hAnsi="Microsoft YaHei" w:eastAsia="Microsoft YaHei"/>
          <w:color w:val="000000"/>
          <w:sz w:val="20"/>
        </w:rPr>
        <w:t>每次运行冻结输入数据和组件版本，后续修改不会反向覆盖历史结果。</w:t>
      </w:r>
    </w:p>
    <w:p>
      <w:pPr>
        <w:pStyle w:val="ListBullet"/>
        <w:spacing w:after="60" w:line="293" w:lineRule="auto"/>
      </w:pPr>
      <w:r>
        <w:rPr>
          <w:rFonts w:ascii="Microsoft YaHei" w:hAnsi="Microsoft YaHei" w:eastAsia="Microsoft YaHei"/>
          <w:color w:val="000000"/>
          <w:sz w:val="20"/>
        </w:rPr>
        <w:t>所有重要结论可回到材料位置、数据卡、证据编号、Skill、规则、经验和运行编号。</w:t>
      </w:r>
    </w:p>
    <w:p>
      <w:pPr>
        <w:pStyle w:val="ListBullet"/>
        <w:spacing w:after="60" w:line="293" w:lineRule="auto"/>
      </w:pPr>
      <w:r>
        <w:rPr>
          <w:rFonts w:ascii="Microsoft YaHei" w:hAnsi="Microsoft YaHei" w:eastAsia="Microsoft YaHei"/>
          <w:color w:val="000000"/>
          <w:sz w:val="20"/>
        </w:rPr>
        <w:t>时间自动记录并区分人员处理、排队、外部等待和系统执行，不要求额外打卡。</w:t>
      </w:r>
    </w:p>
    <w:p>
      <w:pPr>
        <w:pStyle w:val="Heading2"/>
        <w:keepNext/>
        <w:pageBreakBefore w:val="0"/>
      </w:pPr>
      <w:r>
        <w:rPr>
          <w:rFonts w:ascii="Microsoft YaHei" w:hAnsi="Microsoft YaHei" w:eastAsia="Microsoft YaHei"/>
          <w:b/>
          <w:color w:val="000000"/>
          <w:sz w:val="28"/>
        </w:rPr>
        <w:t>1.2 使用边界</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97"/>
        <w:gridCol w:w="4997"/>
      </w:tblGrid>
      <w:tr>
        <w:trPr>
          <w:tblHeader w:val="true"/>
          <w:cantSplit/>
        </w:trPr>
        <w:tc>
          <w:tcPr>
            <w:tcW w:type="dxa" w:w="4896"/>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系统负责</w:t>
            </w:r>
          </w:p>
        </w:tc>
        <w:tc>
          <w:tcPr>
            <w:tcW w:type="dxa" w:w="4968"/>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仍由人员负责</w:t>
            </w:r>
          </w:p>
        </w:tc>
      </w:tr>
      <w:tr>
        <w:trPr>
          <w:cantSplit/>
        </w:trPr>
        <w:tc>
          <w:tcPr>
            <w:tcW w:type="dxa" w:w="489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归集材料并生成待确认字段候选</w:t>
            </w:r>
          </w:p>
        </w:tc>
        <w:tc>
          <w:tcPr>
            <w:tcW w:type="dxa" w:w="496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核对材料真实性并确认是否写入项目事实</w:t>
            </w:r>
          </w:p>
        </w:tc>
      </w:tr>
      <w:tr>
        <w:trPr>
          <w:cantSplit/>
        </w:trPr>
        <w:tc>
          <w:tcPr>
            <w:tcW w:type="dxa" w:w="489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执行已发布的确定性检查和模型核查</w:t>
            </w:r>
          </w:p>
        </w:tc>
        <w:tc>
          <w:tcPr>
            <w:tcW w:type="dxa" w:w="496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解释业务背景 处理例外并形成专业意见</w:t>
            </w:r>
          </w:p>
        </w:tc>
      </w:tr>
      <w:tr>
        <w:trPr>
          <w:cantSplit/>
        </w:trPr>
        <w:tc>
          <w:tcPr>
            <w:tcW w:type="dxa" w:w="489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列出风险 证据和建议动作</w:t>
            </w:r>
          </w:p>
        </w:tc>
        <w:tc>
          <w:tcPr>
            <w:tcW w:type="dxa" w:w="496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决定补件 现场核实 退回或批准</w:t>
            </w:r>
          </w:p>
        </w:tc>
      </w:tr>
      <w:tr>
        <w:trPr>
          <w:cantSplit/>
        </w:trPr>
        <w:tc>
          <w:tcPr>
            <w:tcW w:type="dxa" w:w="489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按模板生成报告草稿并冻结来源</w:t>
            </w:r>
          </w:p>
        </w:tc>
        <w:tc>
          <w:tcPr>
            <w:tcW w:type="dxa" w:w="496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确认正文 定稿和承担审批责任</w:t>
            </w:r>
          </w:p>
        </w:tc>
      </w:tr>
      <w:tr>
        <w:trPr>
          <w:cantSplit/>
        </w:trPr>
        <w:tc>
          <w:tcPr>
            <w:tcW w:type="dxa" w:w="489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记录过程时间和操作留痕</w:t>
            </w:r>
          </w:p>
        </w:tc>
        <w:tc>
          <w:tcPr>
            <w:tcW w:type="dxa" w:w="496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依据管理制度处理超时和资源安排</w:t>
            </w:r>
          </w:p>
        </w:tc>
      </w:tr>
    </w:tbl>
    <w:p>
      <w:pPr>
        <w:spacing w:after="40"/>
      </w:pPr>
    </w:p>
    <w:p>
      <w:pPr>
        <w:pStyle w:val="Heading1"/>
        <w:keepNext/>
        <w:pageBreakBefore/>
      </w:pPr>
      <w:r>
        <w:rPr>
          <w:rFonts w:ascii="Microsoft YaHei" w:hAnsi="Microsoft YaHei" w:eastAsia="Microsoft YaHei"/>
          <w:b/>
          <w:color w:val="000000"/>
          <w:sz w:val="36"/>
        </w:rPr>
        <w:t>2 业务架构与信息流</w:t>
      </w:r>
    </w:p>
    <w:p>
      <w:pPr>
        <w:pStyle w:val="BodyText"/>
        <w:spacing w:after="120" w:line="312" w:lineRule="auto"/>
      </w:pPr>
      <w:r>
        <w:rPr>
          <w:rFonts w:ascii="Microsoft YaHei" w:hAnsi="Microsoft YaHei" w:eastAsia="Microsoft YaHei"/>
          <w:color w:val="000000"/>
          <w:sz w:val="21"/>
        </w:rPr>
        <w:t>用户可以从页面按钮或业务助手下达指令，两种入口调用同一套项目服务。服务先校验身份和项目权限，再由 mini-openclaw 创建运行。运行读取当次冻结的数据卡、Skills、规则、经验和模板，最终写回问题、报告、评审决定、时间事件和审计记录。</w:t>
      </w:r>
    </w:p>
    <w:tbl>
      <w:tblPr>
        <w:tblW w:type="auto" w:w="0"/>
        <w:jc w:val="center"/>
        <w:tblLayout w:type="fixed"/>
        <w:tblLook w:firstColumn="1" w:firstRow="1" w:lastColumn="0" w:lastRow="0" w:noHBand="0" w:noVBand="1" w:val="04A0"/>
        <w:tblBorders>
          <w:top w:val="single" w:sz="5" w:color="C7D6CF"/>
          <w:left w:val="single" w:sz="5" w:color="C7D6CF"/>
          <w:bottom w:val="single" w:sz="5" w:color="C7D6CF"/>
          <w:right w:val="single" w:sz="5" w:color="C7D6CF"/>
          <w:insideH w:val="single" w:sz="5" w:color="C7D6CF"/>
          <w:insideV w:val="single" w:sz="5" w:color="C7D6CF"/>
        </w:tblBorders>
      </w:tblPr>
      <w:tblGrid>
        <w:gridCol w:w="1666"/>
        <w:gridCol w:w="1666"/>
        <w:gridCol w:w="1666"/>
        <w:gridCol w:w="1666"/>
        <w:gridCol w:w="1666"/>
        <w:gridCol w:w="1666"/>
      </w:tblGrid>
      <w:tr>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1</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2</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3</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4</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5</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6</w:t>
            </w:r>
          </w:p>
        </w:tc>
      </w:tr>
      <w:tr>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页面或对话</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权限校验</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mini-openclaw运行</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冻结业务组件</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输出业务结果</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项目内追溯</w:t>
            </w:r>
          </w:p>
        </w:tc>
      </w:tr>
    </w:tbl>
    <w:p>
      <w:pPr>
        <w:spacing w:after="20"/>
      </w:pPr>
    </w:p>
    <w:p>
      <w:pPr>
        <w:pStyle w:val="Heading2"/>
        <w:keepNext/>
        <w:pageBreakBefore w:val="0"/>
      </w:pPr>
      <w:r>
        <w:rPr>
          <w:rFonts w:ascii="Microsoft YaHei" w:hAnsi="Microsoft YaHei" w:eastAsia="Microsoft YaHei"/>
          <w:b/>
          <w:color w:val="000000"/>
          <w:sz w:val="28"/>
        </w:rPr>
        <w:t>2.1 两套角色业务方案</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498"/>
        <w:gridCol w:w="2498"/>
        <w:gridCol w:w="2498"/>
        <w:gridCol w:w="2498"/>
      </w:tblGrid>
      <w:tr>
        <w:trPr>
          <w:tblHeader w:val="true"/>
          <w:cantSplit/>
        </w:trPr>
        <w:tc>
          <w:tcPr>
            <w:tcW w:type="dxa" w:w="2376"/>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业务方案</w:t>
            </w:r>
          </w:p>
        </w:tc>
        <w:tc>
          <w:tcPr>
            <w:tcW w:type="dxa" w:w="144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使用角色</w:t>
            </w:r>
          </w:p>
        </w:tc>
        <w:tc>
          <w:tcPr>
            <w:tcW w:type="dxa" w:w="3816"/>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主要目的</w:t>
            </w:r>
          </w:p>
        </w:tc>
        <w:tc>
          <w:tcPr>
            <w:tcW w:type="dxa" w:w="2232"/>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输出</w:t>
            </w:r>
          </w:p>
        </w:tc>
      </w:tr>
      <w:tr>
        <w:trPr>
          <w:cantSplit/>
        </w:trPr>
        <w:tc>
          <w:tcPr>
            <w:tcW w:type="dxa" w:w="2376"/>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客户经理AI预审</w:t>
            </w:r>
          </w:p>
        </w:tc>
        <w:tc>
          <w:tcPr>
            <w:tcW w:type="dxa" w:w="144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客户经理</w:t>
            </w:r>
          </w:p>
        </w:tc>
        <w:tc>
          <w:tcPr>
            <w:tcW w:type="dxa" w:w="381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提交正式评审前检查材料完整性和显著风险</w:t>
            </w:r>
          </w:p>
        </w:tc>
        <w:tc>
          <w:tcPr>
            <w:tcW w:type="dxa" w:w="223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问题清单 AI预审意见 预审报告</w:t>
            </w:r>
          </w:p>
        </w:tc>
      </w:tr>
      <w:tr>
        <w:trPr>
          <w:cantSplit/>
        </w:trPr>
        <w:tc>
          <w:tcPr>
            <w:tcW w:type="dxa" w:w="2376"/>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8"/>
              </w:rPr>
              <w:t>评审员独立复核</w:t>
            </w:r>
          </w:p>
        </w:tc>
        <w:tc>
          <w:tcPr>
            <w:tcW w:type="dxa" w:w="144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评审员</w:t>
            </w:r>
          </w:p>
        </w:tc>
        <w:tc>
          <w:tcPr>
            <w:tcW w:type="dxa" w:w="381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基于送审快照重新核查全部必审领域</w:t>
            </w:r>
          </w:p>
        </w:tc>
        <w:tc>
          <w:tcPr>
            <w:tcW w:type="dxa" w:w="223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逐节点人工结论 退回或批准 独立评审报告</w:t>
            </w:r>
          </w:p>
        </w:tc>
      </w:tr>
      <w:tr>
        <w:trPr>
          <w:cantSplit/>
        </w:trPr>
        <w:tc>
          <w:tcPr>
            <w:tcW w:type="dxa" w:w="2376"/>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多表业务库AI预审</w:t>
            </w:r>
          </w:p>
        </w:tc>
        <w:tc>
          <w:tcPr>
            <w:tcW w:type="dxa" w:w="144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客户经理</w:t>
            </w:r>
          </w:p>
        </w:tc>
        <w:tc>
          <w:tcPr>
            <w:tcW w:type="dxa" w:w="381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通过受控SQL读取演示业务库并执行预审</w:t>
            </w:r>
          </w:p>
        </w:tc>
        <w:tc>
          <w:tcPr>
            <w:tcW w:type="dxa" w:w="223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结构化项目事实 来源记录和检查结果</w:t>
            </w:r>
          </w:p>
        </w:tc>
      </w:tr>
    </w:tbl>
    <w:p>
      <w:pPr>
        <w:spacing w:after="40"/>
      </w:pPr>
    </w:p>
    <w:p>
      <w:pPr>
        <w:pStyle w:val="BodyText"/>
        <w:spacing w:after="120" w:line="312" w:lineRule="auto"/>
      </w:pPr>
      <w:r>
        <w:rPr>
          <w:rFonts w:ascii="Microsoft YaHei" w:hAnsi="Microsoft YaHei" w:eastAsia="Microsoft YaHei"/>
          <w:b/>
          <w:color w:val="000000"/>
          <w:sz w:val="21"/>
        </w:rPr>
        <w:t>客户经理的历史预审不会被评审员的独立评审覆盖。</w:t>
      </w:r>
      <w:r>
        <w:rPr>
          <w:rFonts w:ascii="Microsoft YaHei" w:hAnsi="Microsoft YaHei" w:eastAsia="Microsoft YaHei"/>
          <w:color w:val="000000"/>
          <w:sz w:val="21"/>
        </w:rPr>
        <w:t>评审员领取项目后创建新的独立评审运行，系统仍保留客户经理送审时的数据快照、报告版本和提交时间。</w:t>
      </w:r>
    </w:p>
    <w:p>
      <w:pPr>
        <w:pStyle w:val="Heading1"/>
        <w:keepNext/>
        <w:pageBreakBefore/>
      </w:pPr>
      <w:r>
        <w:rPr>
          <w:rFonts w:ascii="Microsoft YaHei" w:hAnsi="Microsoft YaHei" w:eastAsia="Microsoft YaHei"/>
          <w:b/>
          <w:color w:val="000000"/>
          <w:sz w:val="36"/>
        </w:rPr>
        <w:t>3 角色职责与权限</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498"/>
        <w:gridCol w:w="2498"/>
        <w:gridCol w:w="2498"/>
        <w:gridCol w:w="2498"/>
      </w:tblGrid>
      <w:tr>
        <w:trPr>
          <w:tblHeader w:val="true"/>
          <w:cantSplit/>
        </w:trPr>
        <w:tc>
          <w:tcPr>
            <w:tcW w:type="dxa" w:w="1872"/>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能力</w:t>
            </w:r>
          </w:p>
        </w:tc>
        <w:tc>
          <w:tcPr>
            <w:tcW w:type="dxa" w:w="252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客户经理</w:t>
            </w:r>
          </w:p>
        </w:tc>
        <w:tc>
          <w:tcPr>
            <w:tcW w:type="dxa" w:w="252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评审员</w:t>
            </w:r>
          </w:p>
        </w:tc>
        <w:tc>
          <w:tcPr>
            <w:tcW w:type="dxa" w:w="2952"/>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配置管理员</w:t>
            </w:r>
          </w:p>
        </w:tc>
      </w:tr>
      <w:tr>
        <w:trPr>
          <w:cantSplit/>
        </w:trPr>
        <w:tc>
          <w:tcPr>
            <w:tcW w:type="dxa" w:w="1872"/>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查看项目</w:t>
            </w:r>
          </w:p>
        </w:tc>
        <w:tc>
          <w:tcPr>
            <w:tcW w:type="dxa" w:w="252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仅授权项目</w:t>
            </w:r>
          </w:p>
        </w:tc>
        <w:tc>
          <w:tcPr>
            <w:tcW w:type="dxa" w:w="252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待领取或本人领取项目</w:t>
            </w:r>
          </w:p>
        </w:tc>
        <w:tc>
          <w:tcPr>
            <w:tcW w:type="dxa" w:w="295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按明确授权查看</w:t>
            </w:r>
          </w:p>
        </w:tc>
      </w:tr>
      <w:tr>
        <w:trPr>
          <w:cantSplit/>
        </w:trPr>
        <w:tc>
          <w:tcPr>
            <w:tcW w:type="dxa" w:w="1872"/>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上传和确认材料</w:t>
            </w:r>
          </w:p>
        </w:tc>
        <w:tc>
          <w:tcPr>
            <w:tcW w:type="dxa" w:w="252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可以</w:t>
            </w:r>
          </w:p>
        </w:tc>
        <w:tc>
          <w:tcPr>
            <w:tcW w:type="dxa" w:w="252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只读核查</w:t>
            </w:r>
          </w:p>
        </w:tc>
        <w:tc>
          <w:tcPr>
            <w:tcW w:type="dxa" w:w="295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默认不办理业务</w:t>
            </w:r>
          </w:p>
        </w:tc>
      </w:tr>
      <w:tr>
        <w:trPr>
          <w:cantSplit/>
        </w:trPr>
        <w:tc>
          <w:tcPr>
            <w:tcW w:type="dxa" w:w="1872"/>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发起业务运行</w:t>
            </w:r>
          </w:p>
        </w:tc>
        <w:tc>
          <w:tcPr>
            <w:tcW w:type="dxa" w:w="252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AI预审</w:t>
            </w:r>
          </w:p>
        </w:tc>
        <w:tc>
          <w:tcPr>
            <w:tcW w:type="dxa" w:w="252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独立评审</w:t>
            </w:r>
          </w:p>
        </w:tc>
        <w:tc>
          <w:tcPr>
            <w:tcW w:type="dxa" w:w="295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配置自查或受控测试</w:t>
            </w:r>
          </w:p>
        </w:tc>
      </w:tr>
      <w:tr>
        <w:trPr>
          <w:cantSplit/>
        </w:trPr>
        <w:tc>
          <w:tcPr>
            <w:tcW w:type="dxa" w:w="1872"/>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提交评审池</w:t>
            </w:r>
          </w:p>
        </w:tc>
        <w:tc>
          <w:tcPr>
            <w:tcW w:type="dxa" w:w="252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可以撤回和重新推送</w:t>
            </w:r>
          </w:p>
        </w:tc>
        <w:tc>
          <w:tcPr>
            <w:tcW w:type="dxa" w:w="252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领取并办理</w:t>
            </w:r>
          </w:p>
        </w:tc>
        <w:tc>
          <w:tcPr>
            <w:tcW w:type="dxa" w:w="295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不代替业务操作</w:t>
            </w:r>
          </w:p>
        </w:tc>
      </w:tr>
      <w:tr>
        <w:trPr>
          <w:cantSplit/>
        </w:trPr>
        <w:tc>
          <w:tcPr>
            <w:tcW w:type="dxa" w:w="1872"/>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人工决定</w:t>
            </w:r>
          </w:p>
        </w:tc>
        <w:tc>
          <w:tcPr>
            <w:tcW w:type="dxa" w:w="252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回应风险和补件</w:t>
            </w:r>
          </w:p>
        </w:tc>
        <w:tc>
          <w:tcPr>
            <w:tcW w:type="dxa" w:w="252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逐节点结论 退回或批准</w:t>
            </w:r>
          </w:p>
        </w:tc>
        <w:tc>
          <w:tcPr>
            <w:tcW w:type="dxa" w:w="295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无审批结论权限</w:t>
            </w:r>
          </w:p>
        </w:tc>
      </w:tr>
      <w:tr>
        <w:trPr>
          <w:cantSplit/>
        </w:trPr>
        <w:tc>
          <w:tcPr>
            <w:tcW w:type="dxa" w:w="1872"/>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配置业务组件</w:t>
            </w:r>
          </w:p>
        </w:tc>
        <w:tc>
          <w:tcPr>
            <w:tcW w:type="dxa" w:w="252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仅选择已发布方案</w:t>
            </w:r>
          </w:p>
        </w:tc>
        <w:tc>
          <w:tcPr>
            <w:tcW w:type="dxa" w:w="252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可查看和参与独立发布审核</w:t>
            </w:r>
          </w:p>
        </w:tc>
        <w:tc>
          <w:tcPr>
            <w:tcW w:type="dxa" w:w="295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新建 评测 发布 归档和回退</w:t>
            </w:r>
          </w:p>
        </w:tc>
      </w:tr>
      <w:tr>
        <w:trPr>
          <w:cantSplit/>
        </w:trPr>
        <w:tc>
          <w:tcPr>
            <w:tcW w:type="dxa" w:w="1872"/>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查看时效</w:t>
            </w:r>
          </w:p>
        </w:tc>
        <w:tc>
          <w:tcPr>
            <w:tcW w:type="dxa" w:w="252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本人授权项目</w:t>
            </w:r>
          </w:p>
        </w:tc>
        <w:tc>
          <w:tcPr>
            <w:tcW w:type="dxa" w:w="252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本人评审项目</w:t>
            </w:r>
          </w:p>
        </w:tc>
        <w:tc>
          <w:tcPr>
            <w:tcW w:type="dxa" w:w="295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授权范围汇总和角色筛选</w:t>
            </w:r>
          </w:p>
        </w:tc>
      </w:tr>
    </w:tbl>
    <w:p>
      <w:pPr>
        <w:spacing w:after="40"/>
      </w:pPr>
    </w:p>
    <w:p>
      <w:pPr>
        <w:pStyle w:val="Heading2"/>
        <w:keepNext/>
        <w:pageBreakBefore w:val="0"/>
      </w:pPr>
      <w:r>
        <w:rPr>
          <w:rFonts w:ascii="Microsoft YaHei" w:hAnsi="Microsoft YaHei" w:eastAsia="Microsoft YaHei"/>
          <w:b/>
          <w:color w:val="000000"/>
          <w:sz w:val="28"/>
        </w:rPr>
        <w:t>3.1 身份显示和切换</w:t>
      </w:r>
    </w:p>
    <w:p>
      <w:pPr>
        <w:pStyle w:val="BodyText"/>
        <w:spacing w:after="120" w:line="312" w:lineRule="auto"/>
      </w:pPr>
      <w:r>
        <w:rPr>
          <w:rFonts w:ascii="Microsoft YaHei" w:hAnsi="Microsoft YaHei" w:eastAsia="Microsoft YaHei"/>
          <w:color w:val="000000"/>
          <w:sz w:val="21"/>
        </w:rPr>
        <w:t>每个业务页面顶部均显示当前身份和当前项目。演示环境使用下拉框切换身份，切换时清除旧访问令牌并重新加载页面。生产环境应由服务端令牌、用户角色和项目授权决定身份，不能依赖前端下拉框作为安全控制。</w:t>
      </w:r>
    </w:p>
    <w:p>
      <w:pPr>
        <w:pStyle w:val="Heading2"/>
        <w:keepNext/>
        <w:pageBreakBefore w:val="0"/>
      </w:pPr>
      <w:r>
        <w:rPr>
          <w:rFonts w:ascii="Microsoft YaHei" w:hAnsi="Microsoft YaHei" w:eastAsia="Microsoft YaHei"/>
          <w:b/>
          <w:color w:val="000000"/>
          <w:sz w:val="28"/>
        </w:rPr>
        <w:t>3.2 权限设计</w:t>
      </w:r>
    </w:p>
    <w:p>
      <w:pPr>
        <w:pStyle w:val="ListBullet"/>
        <w:spacing w:after="60" w:line="293" w:lineRule="auto"/>
      </w:pPr>
      <w:r>
        <w:rPr>
          <w:rFonts w:ascii="Microsoft YaHei" w:hAnsi="Microsoft YaHei" w:eastAsia="Microsoft YaHei"/>
          <w:color w:val="000000"/>
          <w:sz w:val="20"/>
        </w:rPr>
        <w:t>页面隐藏按钮只用于减少干扰，后端仍会对每次读取和写入执行角色及项目权限校验。</w:t>
      </w:r>
    </w:p>
    <w:p>
      <w:pPr>
        <w:pStyle w:val="ListBullet"/>
        <w:spacing w:after="60" w:line="293" w:lineRule="auto"/>
      </w:pPr>
      <w:r>
        <w:rPr>
          <w:rFonts w:ascii="Microsoft YaHei" w:hAnsi="Microsoft YaHei" w:eastAsia="Microsoft YaHei"/>
          <w:color w:val="000000"/>
          <w:sz w:val="20"/>
        </w:rPr>
        <w:t>配置管理员能管理数据连接和权限，不代表自动取得全部客户材料。</w:t>
      </w:r>
    </w:p>
    <w:p>
      <w:pPr>
        <w:pStyle w:val="ListBullet"/>
        <w:spacing w:after="60" w:line="293" w:lineRule="auto"/>
      </w:pPr>
      <w:r>
        <w:rPr>
          <w:rFonts w:ascii="Microsoft YaHei" w:hAnsi="Microsoft YaHei" w:eastAsia="Microsoft YaHei"/>
          <w:color w:val="000000"/>
          <w:sz w:val="20"/>
        </w:rPr>
        <w:t>组件发布遵循编辑与审核分离；演示预览可简化为直接发布，正式环境需要独立审核。</w:t>
      </w:r>
    </w:p>
    <w:p>
      <w:pPr>
        <w:pStyle w:val="ListBullet"/>
        <w:spacing w:after="60" w:line="293" w:lineRule="auto"/>
      </w:pPr>
      <w:r>
        <w:rPr>
          <w:rFonts w:ascii="Microsoft YaHei" w:hAnsi="Microsoft YaHei" w:eastAsia="Microsoft YaHei"/>
          <w:color w:val="000000"/>
          <w:sz w:val="20"/>
        </w:rPr>
        <w:t>令牌、数据库密码和模型Key由服务器安全配置引用，不写入数据卡、SQL或运行快照。</w:t>
      </w:r>
    </w:p>
    <w:p>
      <w:pPr>
        <w:pStyle w:val="Heading1"/>
        <w:keepNext/>
        <w:pageBreakBefore/>
      </w:pPr>
      <w:r>
        <w:rPr>
          <w:rFonts w:ascii="Microsoft YaHei" w:hAnsi="Microsoft YaHei" w:eastAsia="Microsoft YaHei"/>
          <w:b/>
          <w:color w:val="000000"/>
          <w:sz w:val="36"/>
        </w:rPr>
        <w:t>4 功能模块说明</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498"/>
        <w:gridCol w:w="2498"/>
        <w:gridCol w:w="2498"/>
        <w:gridCol w:w="2498"/>
      </w:tblGrid>
      <w:tr>
        <w:trPr>
          <w:tblHeader w:val="true"/>
          <w:cantSplit/>
        </w:trPr>
        <w:tc>
          <w:tcPr>
            <w:tcW w:type="dxa" w:w="1656"/>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模块</w:t>
            </w:r>
          </w:p>
        </w:tc>
        <w:tc>
          <w:tcPr>
            <w:tcW w:type="dxa" w:w="2232"/>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入口</w:t>
            </w:r>
          </w:p>
        </w:tc>
        <w:tc>
          <w:tcPr>
            <w:tcW w:type="dxa" w:w="4392"/>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核心用途</w:t>
            </w:r>
          </w:p>
        </w:tc>
        <w:tc>
          <w:tcPr>
            <w:tcW w:type="dxa" w:w="1656"/>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主要角色</w:t>
            </w:r>
          </w:p>
        </w:tc>
      </w:tr>
      <w:tr>
        <w:trPr>
          <w:cantSplit/>
        </w:trPr>
        <w:tc>
          <w:tcPr>
            <w:tcW w:type="dxa" w:w="1656"/>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业务助手</w:t>
            </w:r>
          </w:p>
        </w:tc>
        <w:tc>
          <w:tcPr>
            <w:tcW w:type="dxa" w:w="223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w:t>
            </w:r>
          </w:p>
        </w:tc>
        <w:tc>
          <w:tcPr>
            <w:tcW w:type="dxa" w:w="439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用自然语言查状态 发起运行 生成报告 上传材料和提交评审</w:t>
            </w:r>
          </w:p>
        </w:tc>
        <w:tc>
          <w:tcPr>
            <w:tcW w:type="dxa" w:w="165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客户经理 评审员</w:t>
            </w:r>
          </w:p>
        </w:tc>
      </w:tr>
      <w:tr>
        <w:trPr>
          <w:cantSplit/>
        </w:trPr>
        <w:tc>
          <w:tcPr>
            <w:tcW w:type="dxa" w:w="1656"/>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项目工作台</w:t>
            </w:r>
          </w:p>
        </w:tc>
        <w:tc>
          <w:tcPr>
            <w:tcW w:type="dxa" w:w="223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/xingbang-workbench</w:t>
            </w:r>
          </w:p>
        </w:tc>
        <w:tc>
          <w:tcPr>
            <w:tcW w:type="dxa" w:w="439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集中处理材料 问题 预审 评审 报告 经验和时间轨迹</w:t>
            </w:r>
          </w:p>
        </w:tc>
        <w:tc>
          <w:tcPr>
            <w:tcW w:type="dxa" w:w="165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三类角色</w:t>
            </w:r>
          </w:p>
        </w:tc>
      </w:tr>
      <w:tr>
        <w:trPr>
          <w:cantSplit/>
        </w:trPr>
        <w:tc>
          <w:tcPr>
            <w:tcW w:type="dxa" w:w="1656"/>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项目评审池</w:t>
            </w:r>
          </w:p>
        </w:tc>
        <w:tc>
          <w:tcPr>
            <w:tcW w:type="dxa" w:w="223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/review-pool</w:t>
            </w:r>
          </w:p>
        </w:tc>
        <w:tc>
          <w:tcPr>
            <w:tcW w:type="dxa" w:w="439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客户经理跟踪送审版本 评审员按等待时间领取</w:t>
            </w:r>
          </w:p>
        </w:tc>
        <w:tc>
          <w:tcPr>
            <w:tcW w:type="dxa" w:w="165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客户经理 评审员</w:t>
            </w:r>
          </w:p>
        </w:tc>
      </w:tr>
      <w:tr>
        <w:trPr>
          <w:cantSplit/>
        </w:trPr>
        <w:tc>
          <w:tcPr>
            <w:tcW w:type="dxa" w:w="1656"/>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业务时效</w:t>
            </w:r>
          </w:p>
        </w:tc>
        <w:tc>
          <w:tcPr>
            <w:tcW w:type="dxa" w:w="223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/operations-center</w:t>
            </w:r>
          </w:p>
        </w:tc>
        <w:tc>
          <w:tcPr>
            <w:tcW w:type="dxa" w:w="439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区分办理 等待 排队和系统耗时</w:t>
            </w:r>
          </w:p>
        </w:tc>
        <w:tc>
          <w:tcPr>
            <w:tcW w:type="dxa" w:w="165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三类角色</w:t>
            </w:r>
          </w:p>
        </w:tc>
      </w:tr>
      <w:tr>
        <w:trPr>
          <w:cantSplit/>
        </w:trPr>
        <w:tc>
          <w:tcPr>
            <w:tcW w:type="dxa" w:w="1656"/>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配置治理</w:t>
            </w:r>
          </w:p>
        </w:tc>
        <w:tc>
          <w:tcPr>
            <w:tcW w:type="dxa" w:w="223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/data-access</w:t>
            </w:r>
          </w:p>
        </w:tc>
        <w:tc>
          <w:tcPr>
            <w:tcW w:type="dxa" w:w="439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管理连接 数据卡 Skills 规则 方案和发布审核</w:t>
            </w:r>
          </w:p>
        </w:tc>
        <w:tc>
          <w:tcPr>
            <w:tcW w:type="dxa" w:w="165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配置管理员 评审员</w:t>
            </w:r>
          </w:p>
        </w:tc>
      </w:tr>
    </w:tbl>
    <w:p>
      <w:pPr>
        <w:spacing w:after="40"/>
      </w:pPr>
    </w:p>
    <w:p>
      <w:pPr>
        <w:pStyle w:val="Heading2"/>
        <w:keepNext/>
        <w:pageBreakBefore w:val="0"/>
      </w:pPr>
      <w:r>
        <w:rPr>
          <w:rFonts w:ascii="Microsoft YaHei" w:hAnsi="Microsoft YaHei" w:eastAsia="Microsoft YaHei"/>
          <w:b/>
          <w:color w:val="000000"/>
          <w:sz w:val="28"/>
        </w:rPr>
        <w:t>4.1 业务助手</w:t>
      </w:r>
    </w:p>
    <w:p>
      <w:pPr>
        <w:pStyle w:val="BodyText"/>
        <w:spacing w:after="120" w:line="312" w:lineRule="auto"/>
      </w:pPr>
      <w:r>
        <w:rPr>
          <w:rFonts w:ascii="Microsoft YaHei" w:hAnsi="Microsoft YaHei" w:eastAsia="Microsoft YaHei"/>
          <w:color w:val="000000"/>
          <w:sz w:val="21"/>
        </w:rPr>
        <w:t>业务助手是项目办理的快捷入口。用户先选择项目，再通过快捷按钮或自然语言执行业务动作。上传材料后，系统只归档材料并生成候选字段，仍需到项目页面确认来源。涉及提交正式评审的动作会二次确认。</w:t>
      </w:r>
    </w:p>
    <w:p>
      <w:pPr>
        <w:pStyle w:val="ListBullet"/>
        <w:spacing w:after="60" w:line="293" w:lineRule="auto"/>
      </w:pPr>
      <w:r>
        <w:rPr>
          <w:rFonts w:ascii="Microsoft YaHei" w:hAnsi="Microsoft YaHei" w:eastAsia="Microsoft YaHei"/>
          <w:color w:val="000000"/>
          <w:sz w:val="20"/>
        </w:rPr>
        <w:t>业务快捷助手适合查看项目状态、发起AI预审或独立评审、生成报告和提交正式评审。</w:t>
      </w:r>
    </w:p>
    <w:p>
      <w:pPr>
        <w:pStyle w:val="ListBullet"/>
        <w:spacing w:after="60" w:line="293" w:lineRule="auto"/>
      </w:pPr>
      <w:r>
        <w:rPr>
          <w:rFonts w:ascii="Microsoft YaHei" w:hAnsi="Microsoft YaHei" w:eastAsia="Microsoft YaHei"/>
          <w:color w:val="000000"/>
          <w:sz w:val="20"/>
        </w:rPr>
        <w:t>mini-openclaw原生工作台绑定当前项目和当前身份，适合复杂分析和自由探索。</w:t>
      </w:r>
    </w:p>
    <w:p>
      <w:pPr>
        <w:pStyle w:val="ListBullet"/>
        <w:spacing w:after="60" w:line="293" w:lineRule="auto"/>
      </w:pPr>
      <w:r>
        <w:rPr>
          <w:rFonts w:ascii="Microsoft YaHei" w:hAnsi="Microsoft YaHei" w:eastAsia="Microsoft YaHei"/>
          <w:color w:val="000000"/>
          <w:sz w:val="20"/>
        </w:rPr>
        <w:t>每次成功操作返回对象编号，并提供进入项目查看结果的链接。</w:t>
      </w:r>
    </w:p>
    <w:p>
      <w:pPr>
        <w:pStyle w:val="Heading2"/>
        <w:keepNext/>
        <w:pageBreakBefore w:val="0"/>
      </w:pPr>
      <w:r>
        <w:rPr>
          <w:rFonts w:ascii="Microsoft YaHei" w:hAnsi="Microsoft YaHei" w:eastAsia="Microsoft YaHei"/>
          <w:b/>
          <w:color w:val="000000"/>
          <w:sz w:val="28"/>
        </w:rPr>
        <w:t>4.2 项目工作台</w:t>
      </w:r>
    </w:p>
    <w:p>
      <w:pPr>
        <w:pStyle w:val="BodyText"/>
        <w:spacing w:after="120" w:line="312" w:lineRule="auto"/>
      </w:pPr>
      <w:r>
        <w:rPr>
          <w:rFonts w:ascii="Microsoft YaHei" w:hAnsi="Microsoft YaHei" w:eastAsia="Microsoft YaHei"/>
          <w:color w:val="000000"/>
          <w:sz w:val="21"/>
        </w:rPr>
        <w:t>项目工作台按身份显示不同页签。客户经理主要看到项目概览、材料与问题、报告和时间轨迹；评审员看到项目概览、全链路评审、报告、评审经验和时间轨迹；配置管理员只保留项目概览和时间视图。</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97"/>
        <w:gridCol w:w="4997"/>
      </w:tblGrid>
      <w:tr>
        <w:trPr>
          <w:tblHeader w:val="true"/>
          <w:cantSplit/>
        </w:trPr>
        <w:tc>
          <w:tcPr>
            <w:tcW w:type="dxa" w:w="2088"/>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区域</w:t>
            </w:r>
          </w:p>
        </w:tc>
        <w:tc>
          <w:tcPr>
            <w:tcW w:type="dxa" w:w="7776"/>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业务含义</w:t>
            </w:r>
          </w:p>
        </w:tc>
      </w:tr>
      <w:tr>
        <w:trPr>
          <w:cantSplit/>
        </w:trPr>
        <w:tc>
          <w:tcPr>
            <w:tcW w:type="dxa" w:w="208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项目列表</w:t>
            </w:r>
          </w:p>
        </w:tc>
        <w:tc>
          <w:tcPr>
            <w:tcW w:type="dxa" w:w="777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显示客户名称 行业 阶段 待处理数量和明确下一步</w:t>
            </w:r>
          </w:p>
        </w:tc>
      </w:tr>
      <w:tr>
        <w:trPr>
          <w:cantSplit/>
        </w:trPr>
        <w:tc>
          <w:tcPr>
            <w:tcW w:type="dxa" w:w="208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项目概览</w:t>
            </w:r>
          </w:p>
        </w:tc>
        <w:tc>
          <w:tcPr>
            <w:tcW w:type="dxa" w:w="777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查看数据版本 未处理问题 最近运行和检查历史</w:t>
            </w:r>
          </w:p>
        </w:tc>
      </w:tr>
      <w:tr>
        <w:trPr>
          <w:cantSplit/>
        </w:trPr>
        <w:tc>
          <w:tcPr>
            <w:tcW w:type="dxa" w:w="208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材料与问题</w:t>
            </w:r>
          </w:p>
        </w:tc>
        <w:tc>
          <w:tcPr>
            <w:tcW w:type="dxa" w:w="777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上传材料 查看解析 确认来源 补充字段并闭环问题</w:t>
            </w:r>
          </w:p>
        </w:tc>
      </w:tr>
      <w:tr>
        <w:trPr>
          <w:cantSplit/>
        </w:trPr>
        <w:tc>
          <w:tcPr>
            <w:tcW w:type="dxa" w:w="208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全链路评审</w:t>
            </w:r>
          </w:p>
        </w:tc>
        <w:tc>
          <w:tcPr>
            <w:tcW w:type="dxa" w:w="777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按六个业务主题核查数据 AI判断和人工结论</w:t>
            </w:r>
          </w:p>
        </w:tc>
      </w:tr>
      <w:tr>
        <w:trPr>
          <w:cantSplit/>
        </w:trPr>
        <w:tc>
          <w:tcPr>
            <w:tcW w:type="dxa" w:w="208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报告</w:t>
            </w:r>
          </w:p>
        </w:tc>
        <w:tc>
          <w:tcPr>
            <w:tcW w:type="dxa" w:w="777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选择模板和来源运行 生成 编辑 确认 锁定 导出和提交</w:t>
            </w:r>
          </w:p>
        </w:tc>
      </w:tr>
      <w:tr>
        <w:trPr>
          <w:cantSplit/>
        </w:trPr>
        <w:tc>
          <w:tcPr>
            <w:tcW w:type="dxa" w:w="208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评审经验</w:t>
            </w:r>
          </w:p>
        </w:tc>
        <w:tc>
          <w:tcPr>
            <w:tcW w:type="dxa" w:w="777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记录专业反馈 形成经验草稿 评测 发布或停用</w:t>
            </w:r>
          </w:p>
        </w:tc>
      </w:tr>
      <w:tr>
        <w:trPr>
          <w:cantSplit/>
        </w:trPr>
        <w:tc>
          <w:tcPr>
            <w:tcW w:type="dxa" w:w="208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时间轨迹</w:t>
            </w:r>
          </w:p>
        </w:tc>
        <w:tc>
          <w:tcPr>
            <w:tcW w:type="dxa" w:w="777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查看本项目所有阶段的开始时间 状态和耗时</w:t>
            </w:r>
          </w:p>
        </w:tc>
      </w:tr>
    </w:tbl>
    <w:p>
      <w:pPr>
        <w:spacing w:after="40"/>
      </w:pPr>
    </w:p>
    <w:p>
      <w:pPr>
        <w:pStyle w:val="Heading2"/>
        <w:keepNext/>
        <w:pageBreakBefore w:val="0"/>
      </w:pPr>
      <w:r>
        <w:rPr>
          <w:rFonts w:ascii="Microsoft YaHei" w:hAnsi="Microsoft YaHei" w:eastAsia="Microsoft YaHei"/>
          <w:b/>
          <w:color w:val="000000"/>
          <w:sz w:val="28"/>
        </w:rPr>
        <w:t>4.3 项目评审池</w:t>
      </w:r>
    </w:p>
    <w:p>
      <w:pPr>
        <w:pStyle w:val="BodyText"/>
        <w:spacing w:after="120" w:line="312" w:lineRule="auto"/>
      </w:pPr>
      <w:r>
        <w:rPr>
          <w:rFonts w:ascii="Microsoft YaHei" w:hAnsi="Microsoft YaHei" w:eastAsia="Microsoft YaHei"/>
          <w:color w:val="000000"/>
          <w:sz w:val="21"/>
        </w:rPr>
        <w:t>项目评审池使用同一条提交时间源。客户经理提交后，项目进入池中并开始记录等待时间。评审员领取时停止排队等待，转为评审办理。客户经理可以撤回当前有效版本，重新推送时只替换池中的有效版本，历史报告、快照和操作记录继续保留。</w:t>
      </w:r>
    </w:p>
    <w:p>
      <w:pPr>
        <w:pStyle w:val="Heading2"/>
        <w:keepNext/>
        <w:pageBreakBefore w:val="0"/>
      </w:pPr>
      <w:r>
        <w:rPr>
          <w:rFonts w:ascii="Microsoft YaHei" w:hAnsi="Microsoft YaHei" w:eastAsia="Microsoft YaHei"/>
          <w:b/>
          <w:color w:val="000000"/>
          <w:sz w:val="28"/>
        </w:rPr>
        <w:t>4.4 业务时效</w:t>
      </w:r>
    </w:p>
    <w:p>
      <w:pPr>
        <w:pStyle w:val="BodyText"/>
        <w:spacing w:after="120" w:line="312" w:lineRule="auto"/>
      </w:pPr>
      <w:r>
        <w:rPr>
          <w:rFonts w:ascii="Microsoft YaHei" w:hAnsi="Microsoft YaHei" w:eastAsia="Microsoft YaHei"/>
          <w:color w:val="000000"/>
          <w:sz w:val="21"/>
        </w:rPr>
        <w:t>业务时效页面显示纳入项目数、中位业务周期、人员处理时间、排队与外部等待时间，并按项目展开阶段时间轴。管理员可以按客户经理或评审员筛选统计范围，普通人员只看到自己的授权范围。</w:t>
      </w:r>
    </w:p>
    <w:p>
      <w:pPr>
        <w:pStyle w:val="Heading2"/>
        <w:keepNext/>
        <w:pageBreakBefore w:val="0"/>
      </w:pPr>
      <w:r>
        <w:rPr>
          <w:rFonts w:ascii="Microsoft YaHei" w:hAnsi="Microsoft YaHei" w:eastAsia="Microsoft YaHei"/>
          <w:b/>
          <w:color w:val="000000"/>
          <w:sz w:val="28"/>
        </w:rPr>
        <w:t>4.5 配置治理</w:t>
      </w:r>
    </w:p>
    <w:p>
      <w:pPr>
        <w:pStyle w:val="BodyText"/>
        <w:spacing w:after="120" w:line="312" w:lineRule="auto"/>
      </w:pPr>
      <w:r>
        <w:rPr>
          <w:rFonts w:ascii="Microsoft YaHei" w:hAnsi="Microsoft YaHei" w:eastAsia="Microsoft YaHei"/>
          <w:color w:val="000000"/>
          <w:sz w:val="21"/>
        </w:rPr>
        <w:t>配置治理把业务能力拆为数据连接、数据卡、Skills、规则集和研判方案。配置管理员在这里创建草稿、检查依赖、测试已保存版本、发布或归档。评审员可承担独立发布审核，客户经理只使用已发布方案。</w:t>
      </w:r>
    </w:p>
    <w:p>
      <w:pPr>
        <w:pStyle w:val="Heading1"/>
        <w:keepNext/>
        <w:pageBreakBefore/>
      </w:pPr>
      <w:r>
        <w:rPr>
          <w:rFonts w:ascii="Microsoft YaHei" w:hAnsi="Microsoft YaHei" w:eastAsia="Microsoft YaHei"/>
          <w:b/>
          <w:color w:val="000000"/>
          <w:sz w:val="36"/>
        </w:rPr>
        <w:t>5 客户经理业务流程</w:t>
      </w:r>
    </w:p>
    <w:tbl>
      <w:tblPr>
        <w:tblW w:type="auto" w:w="0"/>
        <w:jc w:val="center"/>
        <w:tblLayout w:type="fixed"/>
        <w:tblLook w:firstColumn="1" w:firstRow="1" w:lastColumn="0" w:lastRow="0" w:noHBand="0" w:noVBand="1" w:val="04A0"/>
        <w:tblBorders>
          <w:top w:val="single" w:sz="5" w:color="C7D6CF"/>
          <w:left w:val="single" w:sz="5" w:color="C7D6CF"/>
          <w:bottom w:val="single" w:sz="5" w:color="C7D6CF"/>
          <w:right w:val="single" w:sz="5" w:color="C7D6CF"/>
          <w:insideH w:val="single" w:sz="5" w:color="C7D6CF"/>
          <w:insideV w:val="single" w:sz="5" w:color="C7D6CF"/>
        </w:tblBorders>
      </w:tblPr>
      <w:tblGrid>
        <w:gridCol w:w="1666"/>
        <w:gridCol w:w="1666"/>
        <w:gridCol w:w="1666"/>
        <w:gridCol w:w="1666"/>
        <w:gridCol w:w="1666"/>
        <w:gridCol w:w="1666"/>
      </w:tblGrid>
      <w:tr>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1</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2</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3</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4</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5</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6</w:t>
            </w:r>
          </w:p>
        </w:tc>
      </w:tr>
      <w:tr>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选择项目</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补充材料</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发起AI预审</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处理风险</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生成报告</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提交评审</w:t>
            </w:r>
          </w:p>
        </w:tc>
      </w:tr>
    </w:tbl>
    <w:p>
      <w:pPr>
        <w:spacing w:after="20"/>
      </w:pPr>
    </w:p>
    <w:p>
      <w:pPr>
        <w:pStyle w:val="Heading2"/>
        <w:keepNext/>
        <w:pageBreakBefore w:val="0"/>
      </w:pPr>
      <w:r>
        <w:rPr>
          <w:rFonts w:ascii="Microsoft YaHei" w:hAnsi="Microsoft YaHei" w:eastAsia="Microsoft YaHei"/>
          <w:b/>
          <w:color w:val="000000"/>
          <w:sz w:val="28"/>
        </w:rPr>
        <w:t>5.1 选择项目和判断下一步</w:t>
      </w:r>
    </w:p>
    <w:p>
      <w:pPr>
        <w:pStyle w:val="ListNumber"/>
        <w:spacing w:after="100" w:line="300" w:lineRule="auto"/>
      </w:pPr>
      <w:r>
        <w:rPr>
          <w:rFonts w:ascii="Microsoft YaHei" w:hAnsi="Microsoft YaHei" w:eastAsia="Microsoft YaHei"/>
          <w:b/>
          <w:color w:val="000000"/>
          <w:sz w:val="20"/>
        </w:rPr>
        <w:t xml:space="preserve">确认身份  </w:t>
      </w:r>
      <w:r>
        <w:rPr>
          <w:rFonts w:ascii="Microsoft YaHei" w:hAnsi="Microsoft YaHei" w:eastAsia="Microsoft YaHei"/>
          <w:color w:val="000000"/>
          <w:sz w:val="20"/>
        </w:rPr>
        <w:t>在页面右上角确认当前身份为客户经理。</w:t>
      </w:r>
    </w:p>
    <w:p>
      <w:pPr>
        <w:pStyle w:val="ListNumber"/>
        <w:spacing w:after="100" w:line="300" w:lineRule="auto"/>
      </w:pPr>
      <w:r>
        <w:rPr>
          <w:rFonts w:ascii="Microsoft YaHei" w:hAnsi="Microsoft YaHei" w:eastAsia="Microsoft YaHei"/>
          <w:b/>
          <w:color w:val="000000"/>
          <w:sz w:val="20"/>
        </w:rPr>
        <w:t xml:space="preserve">筛选项目  </w:t>
      </w:r>
      <w:r>
        <w:rPr>
          <w:rFonts w:ascii="Microsoft YaHei" w:hAnsi="Microsoft YaHei" w:eastAsia="Microsoft YaHei"/>
          <w:color w:val="000000"/>
          <w:sz w:val="20"/>
        </w:rPr>
        <w:t>按项目编号或客户名称搜索，在项目卡查看阶段、待处理数量和建议下一步。</w:t>
      </w:r>
    </w:p>
    <w:p>
      <w:pPr>
        <w:pStyle w:val="ListNumber"/>
        <w:spacing w:after="100" w:line="300" w:lineRule="auto"/>
      </w:pPr>
      <w:r>
        <w:rPr>
          <w:rFonts w:ascii="Microsoft YaHei" w:hAnsi="Microsoft YaHei" w:eastAsia="Microsoft YaHei"/>
          <w:b/>
          <w:color w:val="000000"/>
          <w:sz w:val="20"/>
        </w:rPr>
        <w:t xml:space="preserve">进入项目  </w:t>
      </w:r>
      <w:r>
        <w:rPr>
          <w:rFonts w:ascii="Microsoft YaHei" w:hAnsi="Microsoft YaHei" w:eastAsia="Microsoft YaHei"/>
          <w:color w:val="000000"/>
          <w:sz w:val="20"/>
        </w:rPr>
        <w:t>点击项目卡后先看项目概览，再按页面提示进入材料、报告或时间轨迹。</w:t>
      </w:r>
    </w:p>
    <w:p>
      <w:pPr>
        <w:pStyle w:val="BodyText"/>
        <w:spacing w:after="120" w:line="312" w:lineRule="auto"/>
      </w:pPr>
      <w:r>
        <w:rPr>
          <w:rFonts w:ascii="Microsoft YaHei" w:hAnsi="Microsoft YaHei" w:eastAsia="Microsoft YaHei"/>
          <w:b/>
          <w:color w:val="000000"/>
          <w:sz w:val="21"/>
        </w:rPr>
        <w:t>评审员退回的项目仍保留在客户经理工作台。</w:t>
      </w:r>
      <w:r>
        <w:rPr>
          <w:rFonts w:ascii="Microsoft YaHei" w:hAnsi="Microsoft YaHei" w:eastAsia="Microsoft YaHei"/>
          <w:color w:val="000000"/>
          <w:sz w:val="21"/>
        </w:rPr>
        <w:t>整张项目卡显示浅红底和红色标签，并直接列出退回时间、退回原因及“查看退回要求并补充材料”的下一步。重新推送评审后，卡片恢复普通样式。</w:t>
      </w:r>
    </w:p>
    <w:p>
      <w:pPr>
        <w:pStyle w:val="Heading2"/>
        <w:keepNext/>
        <w:pageBreakBefore w:val="0"/>
      </w:pPr>
      <w:r>
        <w:rPr>
          <w:rFonts w:ascii="Microsoft YaHei" w:hAnsi="Microsoft YaHei" w:eastAsia="Microsoft YaHei"/>
          <w:b/>
          <w:color w:val="000000"/>
          <w:sz w:val="28"/>
        </w:rPr>
        <w:t>5.2 上传材料和确认来源</w:t>
      </w:r>
    </w:p>
    <w:p>
      <w:pPr>
        <w:pStyle w:val="ListNumber"/>
        <w:spacing w:after="100" w:line="300" w:lineRule="auto"/>
      </w:pPr>
      <w:r>
        <w:rPr>
          <w:rFonts w:ascii="Microsoft YaHei" w:hAnsi="Microsoft YaHei" w:eastAsia="Microsoft YaHei"/>
          <w:b/>
          <w:color w:val="000000"/>
          <w:sz w:val="20"/>
        </w:rPr>
        <w:t xml:space="preserve">上传材料  </w:t>
      </w:r>
      <w:r>
        <w:rPr>
          <w:rFonts w:ascii="Microsoft YaHei" w:hAnsi="Microsoft YaHei" w:eastAsia="Microsoft YaHei"/>
          <w:color w:val="000000"/>
          <w:sz w:val="20"/>
        </w:rPr>
        <w:t>在业务助手或项目的材料与问题页选择文件。单文件不超过10 MB。</w:t>
      </w:r>
    </w:p>
    <w:p>
      <w:pPr>
        <w:pStyle w:val="ListNumber"/>
        <w:spacing w:after="100" w:line="300" w:lineRule="auto"/>
      </w:pPr>
      <w:r>
        <w:rPr>
          <w:rFonts w:ascii="Microsoft YaHei" w:hAnsi="Microsoft YaHei" w:eastAsia="Microsoft YaHei"/>
          <w:b/>
          <w:color w:val="000000"/>
          <w:sz w:val="20"/>
        </w:rPr>
        <w:t xml:space="preserve">查看解析  </w:t>
      </w:r>
      <w:r>
        <w:rPr>
          <w:rFonts w:ascii="Microsoft YaHei" w:hAnsi="Microsoft YaHei" w:eastAsia="Microsoft YaHei"/>
          <w:color w:val="000000"/>
          <w:sz w:val="20"/>
        </w:rPr>
        <w:t>查看系统识别出的段落、表格行、单元格或CSV行，以及可能形成的标准字段候选。</w:t>
      </w:r>
    </w:p>
    <w:p>
      <w:pPr>
        <w:pStyle w:val="ListNumber"/>
        <w:spacing w:after="100" w:line="300" w:lineRule="auto"/>
      </w:pPr>
      <w:r>
        <w:rPr>
          <w:rFonts w:ascii="Microsoft YaHei" w:hAnsi="Microsoft YaHei" w:eastAsia="Microsoft YaHei"/>
          <w:b/>
          <w:color w:val="000000"/>
          <w:sz w:val="20"/>
        </w:rPr>
        <w:t xml:space="preserve">人工核对  </w:t>
      </w:r>
      <w:r>
        <w:rPr>
          <w:rFonts w:ascii="Microsoft YaHei" w:hAnsi="Microsoft YaHei" w:eastAsia="Microsoft YaHei"/>
          <w:color w:val="000000"/>
          <w:sz w:val="20"/>
        </w:rPr>
        <w:t>核对候选值、期间、口径、单位和材料位置。扫描件无法识别时按提示补充文本或更清晰材料。</w:t>
      </w:r>
    </w:p>
    <w:p>
      <w:pPr>
        <w:pStyle w:val="ListNumber"/>
        <w:spacing w:after="100" w:line="300" w:lineRule="auto"/>
      </w:pPr>
      <w:r>
        <w:rPr>
          <w:rFonts w:ascii="Microsoft YaHei" w:hAnsi="Microsoft YaHei" w:eastAsia="Microsoft YaHei"/>
          <w:b/>
          <w:color w:val="000000"/>
          <w:sz w:val="20"/>
        </w:rPr>
        <w:t xml:space="preserve">确认来源  </w:t>
      </w:r>
      <w:r>
        <w:rPr>
          <w:rFonts w:ascii="Microsoft YaHei" w:hAnsi="Microsoft YaHei" w:eastAsia="Microsoft YaHei"/>
          <w:color w:val="000000"/>
          <w:sz w:val="20"/>
        </w:rPr>
        <w:t>填写核对说明后确认候选。上传动作本身不会覆盖已有项目事实。</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31"/>
        <w:gridCol w:w="3331"/>
        <w:gridCol w:w="3331"/>
      </w:tblGrid>
      <w:tr>
        <w:trPr>
          <w:tblHeader w:val="true"/>
          <w:cantSplit/>
        </w:trPr>
        <w:tc>
          <w:tcPr>
            <w:tcW w:type="dxa" w:w="1656"/>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支持格式</w:t>
            </w:r>
          </w:p>
        </w:tc>
        <w:tc>
          <w:tcPr>
            <w:tcW w:type="dxa" w:w="3528"/>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主要解析范围</w:t>
            </w:r>
          </w:p>
        </w:tc>
        <w:tc>
          <w:tcPr>
            <w:tcW w:type="dxa" w:w="468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重要限制</w:t>
            </w:r>
          </w:p>
        </w:tc>
      </w:tr>
      <w:tr>
        <w:trPr>
          <w:cantSplit/>
        </w:trPr>
        <w:tc>
          <w:tcPr>
            <w:tcW w:type="dxa" w:w="1656"/>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TXT CSV</w:t>
            </w:r>
          </w:p>
        </w:tc>
        <w:tc>
          <w:tcPr>
            <w:tcW w:type="dxa" w:w="352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文本和结构化行</w:t>
            </w:r>
          </w:p>
        </w:tc>
        <w:tc>
          <w:tcPr>
            <w:tcW w:type="dxa" w:w="468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使用UTF 8编码</w:t>
            </w:r>
          </w:p>
        </w:tc>
      </w:tr>
      <w:tr>
        <w:trPr>
          <w:cantSplit/>
        </w:trPr>
        <w:tc>
          <w:tcPr>
            <w:tcW w:type="dxa" w:w="1656"/>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8"/>
              </w:rPr>
              <w:t>DOCX</w:t>
            </w:r>
          </w:p>
        </w:tc>
        <w:tc>
          <w:tcPr>
            <w:tcW w:type="dxa" w:w="352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正文段落和表格行</w:t>
            </w:r>
          </w:p>
        </w:tc>
        <w:tc>
          <w:tcPr>
            <w:tcW w:type="dxa" w:w="468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保留段落定位 不伪造页码</w:t>
            </w:r>
          </w:p>
        </w:tc>
      </w:tr>
      <w:tr>
        <w:trPr>
          <w:cantSplit/>
        </w:trPr>
        <w:tc>
          <w:tcPr>
            <w:tcW w:type="dxa" w:w="1656"/>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XLSX</w:t>
            </w:r>
          </w:p>
        </w:tc>
        <w:tc>
          <w:tcPr>
            <w:tcW w:type="dxa" w:w="352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单元格 值 公式和缓存</w:t>
            </w:r>
          </w:p>
        </w:tc>
        <w:tc>
          <w:tcPr>
            <w:tcW w:type="dxa" w:w="468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不执行公式或宏 不支持XLS和XLSM</w:t>
            </w:r>
          </w:p>
        </w:tc>
      </w:tr>
      <w:tr>
        <w:trPr>
          <w:cantSplit/>
        </w:trPr>
        <w:tc>
          <w:tcPr>
            <w:tcW w:type="dxa" w:w="1656"/>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8"/>
              </w:rPr>
              <w:t>PDF 图片</w:t>
            </w:r>
          </w:p>
        </w:tc>
        <w:tc>
          <w:tcPr>
            <w:tcW w:type="dxa" w:w="352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文本层或本地OCR</w:t>
            </w:r>
          </w:p>
        </w:tc>
        <w:tc>
          <w:tcPr>
            <w:tcW w:type="dxa" w:w="468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PDF最多40页 OCR需要中文和英文语言包</w:t>
            </w:r>
          </w:p>
        </w:tc>
      </w:tr>
    </w:tbl>
    <w:p>
      <w:pPr>
        <w:spacing w:after="40"/>
      </w:pPr>
    </w:p>
    <w:p>
      <w:pPr>
        <w:pStyle w:val="Heading2"/>
        <w:keepNext/>
        <w:pageBreakBefore w:val="0"/>
      </w:pPr>
      <w:r>
        <w:rPr>
          <w:rFonts w:ascii="Microsoft YaHei" w:hAnsi="Microsoft YaHei" w:eastAsia="Microsoft YaHei"/>
          <w:b/>
          <w:color w:val="000000"/>
          <w:sz w:val="28"/>
        </w:rPr>
        <w:t>5.3 发起AI预审</w:t>
      </w:r>
    </w:p>
    <w:p>
      <w:pPr>
        <w:pStyle w:val="ListNumber"/>
        <w:spacing w:after="100" w:line="300" w:lineRule="auto"/>
      </w:pPr>
      <w:r>
        <w:rPr>
          <w:rFonts w:ascii="Microsoft YaHei" w:hAnsi="Microsoft YaHei" w:eastAsia="Microsoft YaHei"/>
          <w:b/>
          <w:color w:val="000000"/>
          <w:sz w:val="20"/>
        </w:rPr>
        <w:t xml:space="preserve">填写本次要求  </w:t>
      </w:r>
      <w:r>
        <w:rPr>
          <w:rFonts w:ascii="Microsoft YaHei" w:hAnsi="Microsoft YaHei" w:eastAsia="Microsoft YaHei"/>
          <w:color w:val="000000"/>
          <w:sz w:val="20"/>
        </w:rPr>
        <w:t>可用自然语言补充本项目关注点；留空时使用正式方案默认要求。</w:t>
      </w:r>
    </w:p>
    <w:p>
      <w:pPr>
        <w:pStyle w:val="ListNumber"/>
        <w:spacing w:after="100" w:line="300" w:lineRule="auto"/>
      </w:pPr>
      <w:r>
        <w:rPr>
          <w:rFonts w:ascii="Microsoft YaHei" w:hAnsi="Microsoft YaHei" w:eastAsia="Microsoft YaHei"/>
          <w:b/>
          <w:color w:val="000000"/>
          <w:sz w:val="20"/>
        </w:rPr>
        <w:t xml:space="preserve">选择方案  </w:t>
      </w:r>
      <w:r>
        <w:rPr>
          <w:rFonts w:ascii="Microsoft YaHei" w:hAnsi="Microsoft YaHei" w:eastAsia="Microsoft YaHei"/>
          <w:color w:val="000000"/>
          <w:sz w:val="20"/>
        </w:rPr>
        <w:t>通常选择客户经理AI预审；需要演示多表数据库时选择多表业务库AI预审。</w:t>
      </w:r>
    </w:p>
    <w:p>
      <w:pPr>
        <w:pStyle w:val="ListNumber"/>
        <w:spacing w:after="100" w:line="300" w:lineRule="auto"/>
      </w:pPr>
      <w:r>
        <w:rPr>
          <w:rFonts w:ascii="Microsoft YaHei" w:hAnsi="Microsoft YaHei" w:eastAsia="Microsoft YaHei"/>
          <w:b/>
          <w:color w:val="000000"/>
          <w:sz w:val="20"/>
        </w:rPr>
        <w:t xml:space="preserve">开始预审  </w:t>
      </w:r>
      <w:r>
        <w:rPr>
          <w:rFonts w:ascii="Microsoft YaHei" w:hAnsi="Microsoft YaHei" w:eastAsia="Microsoft YaHei"/>
          <w:color w:val="000000"/>
          <w:sz w:val="20"/>
        </w:rPr>
        <w:t>系统创建运行编号并冻结数据和组件版本。页面自动刷新，不需要停留等待。</w:t>
      </w:r>
    </w:p>
    <w:p>
      <w:pPr>
        <w:pStyle w:val="ListNumber"/>
        <w:spacing w:after="100" w:line="300" w:lineRule="auto"/>
      </w:pPr>
      <w:r>
        <w:rPr>
          <w:rFonts w:ascii="Microsoft YaHei" w:hAnsi="Microsoft YaHei" w:eastAsia="Microsoft YaHei"/>
          <w:b/>
          <w:color w:val="000000"/>
          <w:sz w:val="20"/>
        </w:rPr>
        <w:t xml:space="preserve">阅读结果  </w:t>
      </w:r>
      <w:r>
        <w:rPr>
          <w:rFonts w:ascii="Microsoft YaHei" w:hAnsi="Microsoft YaHei" w:eastAsia="Microsoft YaHei"/>
          <w:color w:val="000000"/>
          <w:sz w:val="20"/>
        </w:rPr>
        <w:t>先看中文业务结论和待处理问题，再按需展开规则、证据和技术追溯。</w:t>
      </w:r>
    </w:p>
    <w:p>
      <w:pPr>
        <w:pStyle w:val="BodyText"/>
        <w:spacing w:after="120" w:line="312" w:lineRule="auto"/>
      </w:pPr>
      <w:r>
        <w:rPr>
          <w:rFonts w:ascii="Microsoft YaHei" w:hAnsi="Microsoft YaHei" w:eastAsia="Microsoft YaHei"/>
          <w:color w:val="000000"/>
          <w:sz w:val="21"/>
        </w:rPr>
        <w:t>运行状态中的“部分完成”表示至少有一个步骤未完成或仍有材料问题，不等于系统全部失败。没有执行、没有证据或材料不足的检查不能被视为通过。</w:t>
      </w:r>
    </w:p>
    <w:p>
      <w:pPr>
        <w:pStyle w:val="Heading2"/>
        <w:keepNext/>
        <w:pageBreakBefore w:val="0"/>
      </w:pPr>
      <w:r>
        <w:rPr>
          <w:rFonts w:ascii="Microsoft YaHei" w:hAnsi="Microsoft YaHei" w:eastAsia="Microsoft YaHei"/>
          <w:b/>
          <w:color w:val="000000"/>
          <w:sz w:val="28"/>
        </w:rPr>
        <w:t>5.4 处理问题和补件</w:t>
      </w:r>
    </w:p>
    <w:p>
      <w:pPr>
        <w:pStyle w:val="BodyText"/>
        <w:spacing w:after="120" w:line="312" w:lineRule="auto"/>
      </w:pPr>
      <w:r>
        <w:rPr>
          <w:rFonts w:ascii="Microsoft YaHei" w:hAnsi="Microsoft YaHei" w:eastAsia="Microsoft YaHei"/>
          <w:color w:val="000000"/>
          <w:sz w:val="21"/>
        </w:rPr>
        <w:t>每个问题卡说明问题、影响、数据来源和建议动作。客户经理可以选择待补件、待复核或不适用，并填写处理说明；也可以使用人工补充字段记录经过核实的值。补件完成后需要再次运行AI预审，系统比较新旧结果并保留历史。</w:t>
      </w:r>
    </w:p>
    <w:p>
      <w:pPr>
        <w:pStyle w:val="ListBullet"/>
        <w:spacing w:after="60" w:line="293" w:lineRule="auto"/>
      </w:pPr>
      <w:r>
        <w:rPr>
          <w:rFonts w:ascii="Microsoft YaHei" w:hAnsi="Microsoft YaHei" w:eastAsia="Microsoft YaHei"/>
          <w:color w:val="000000"/>
          <w:sz w:val="20"/>
        </w:rPr>
        <w:t>旧材料和旧来源不删除，新的确认形成新数据版本。</w:t>
      </w:r>
    </w:p>
    <w:p>
      <w:pPr>
        <w:pStyle w:val="ListBullet"/>
        <w:spacing w:after="60" w:line="293" w:lineRule="auto"/>
      </w:pPr>
      <w:r>
        <w:rPr>
          <w:rFonts w:ascii="Microsoft YaHei" w:hAnsi="Microsoft YaHei" w:eastAsia="Microsoft YaHei"/>
          <w:color w:val="000000"/>
          <w:sz w:val="20"/>
        </w:rPr>
        <w:t>已解决状态只能由有依据的新检查确认，人工说明不能直接把机器问题改成已解决。</w:t>
      </w:r>
    </w:p>
    <w:p>
      <w:pPr>
        <w:pStyle w:val="ListBullet"/>
        <w:spacing w:after="60" w:line="293" w:lineRule="auto"/>
      </w:pPr>
      <w:r>
        <w:rPr>
          <w:rFonts w:ascii="Microsoft YaHei" w:hAnsi="Microsoft YaHei" w:eastAsia="Microsoft YaHei"/>
          <w:color w:val="000000"/>
          <w:sz w:val="20"/>
        </w:rPr>
        <w:t>需要现场核实的事项应写明核实结果并上传对应材料，使评审员能从项目中回看。</w:t>
      </w:r>
    </w:p>
    <w:p>
      <w:pPr>
        <w:pStyle w:val="Heading2"/>
        <w:keepNext/>
        <w:pageBreakBefore w:val="0"/>
      </w:pPr>
      <w:r>
        <w:rPr>
          <w:rFonts w:ascii="Microsoft YaHei" w:hAnsi="Microsoft YaHei" w:eastAsia="Microsoft YaHei"/>
          <w:b/>
          <w:color w:val="000000"/>
          <w:sz w:val="28"/>
        </w:rPr>
        <w:t>5.5 生成AI预审报告</w:t>
      </w:r>
    </w:p>
    <w:p>
      <w:pPr>
        <w:pStyle w:val="ListNumber"/>
        <w:spacing w:after="100" w:line="300" w:lineRule="auto"/>
      </w:pPr>
      <w:r>
        <w:rPr>
          <w:rFonts w:ascii="Microsoft YaHei" w:hAnsi="Microsoft YaHei" w:eastAsia="Microsoft YaHei"/>
          <w:b/>
          <w:color w:val="000000"/>
          <w:sz w:val="20"/>
        </w:rPr>
        <w:t xml:space="preserve">选择来源运行  </w:t>
      </w:r>
      <w:r>
        <w:rPr>
          <w:rFonts w:ascii="Microsoft YaHei" w:hAnsi="Microsoft YaHei" w:eastAsia="Microsoft YaHei"/>
          <w:color w:val="000000"/>
          <w:sz w:val="20"/>
        </w:rPr>
        <w:t>选择最近一次已完成或部分完成的客户经理预审。</w:t>
      </w:r>
    </w:p>
    <w:p>
      <w:pPr>
        <w:pStyle w:val="ListNumber"/>
        <w:spacing w:after="100" w:line="300" w:lineRule="auto"/>
      </w:pPr>
      <w:r>
        <w:rPr>
          <w:rFonts w:ascii="Microsoft YaHei" w:hAnsi="Microsoft YaHei" w:eastAsia="Microsoft YaHei"/>
          <w:b/>
          <w:color w:val="000000"/>
          <w:sz w:val="20"/>
        </w:rPr>
        <w:t xml:space="preserve">选择模板  </w:t>
      </w:r>
      <w:r>
        <w:rPr>
          <w:rFonts w:ascii="Microsoft YaHei" w:hAnsi="Microsoft YaHei" w:eastAsia="Microsoft YaHei"/>
          <w:color w:val="000000"/>
          <w:sz w:val="20"/>
        </w:rPr>
        <w:t>使用AI预审报告模板；模板版本随报告冻结。</w:t>
      </w:r>
    </w:p>
    <w:p>
      <w:pPr>
        <w:pStyle w:val="ListNumber"/>
        <w:spacing w:after="100" w:line="300" w:lineRule="auto"/>
      </w:pPr>
      <w:r>
        <w:rPr>
          <w:rFonts w:ascii="Microsoft YaHei" w:hAnsi="Microsoft YaHei" w:eastAsia="Microsoft YaHei"/>
          <w:b/>
          <w:color w:val="000000"/>
          <w:sz w:val="20"/>
        </w:rPr>
        <w:t xml:space="preserve">生成报告  </w:t>
      </w:r>
      <w:r>
        <w:rPr>
          <w:rFonts w:ascii="Microsoft YaHei" w:hAnsi="Microsoft YaHei" w:eastAsia="Microsoft YaHei"/>
          <w:color w:val="000000"/>
          <w:sz w:val="20"/>
        </w:rPr>
        <w:t>系统写入项目概况、资料完整性、财务现金流、主要风险、客户经理说明和提交前建议。</w:t>
      </w:r>
    </w:p>
    <w:p>
      <w:pPr>
        <w:pStyle w:val="ListNumber"/>
        <w:spacing w:after="100" w:line="300" w:lineRule="auto"/>
      </w:pPr>
      <w:r>
        <w:rPr>
          <w:rFonts w:ascii="Microsoft YaHei" w:hAnsi="Microsoft YaHei" w:eastAsia="Microsoft YaHei"/>
          <w:b/>
          <w:color w:val="000000"/>
          <w:sz w:val="20"/>
        </w:rPr>
        <w:t xml:space="preserve">确认正文  </w:t>
      </w:r>
      <w:r>
        <w:rPr>
          <w:rFonts w:ascii="Microsoft YaHei" w:hAnsi="Microsoft YaHei" w:eastAsia="Microsoft YaHei"/>
          <w:color w:val="000000"/>
          <w:sz w:val="20"/>
        </w:rPr>
        <w:t>事实和风险章节来自冻结结果；人工意见章节可修改。确认后可锁定，避免重生成覆盖。</w:t>
      </w:r>
    </w:p>
    <w:p>
      <w:pPr>
        <w:pStyle w:val="ListNumber"/>
        <w:spacing w:after="100" w:line="300" w:lineRule="auto"/>
      </w:pPr>
      <w:r>
        <w:rPr>
          <w:rFonts w:ascii="Microsoft YaHei" w:hAnsi="Microsoft YaHei" w:eastAsia="Microsoft YaHei"/>
          <w:b/>
          <w:color w:val="000000"/>
          <w:sz w:val="20"/>
        </w:rPr>
        <w:t xml:space="preserve">导出或提交  </w:t>
      </w:r>
      <w:r>
        <w:rPr>
          <w:rFonts w:ascii="Microsoft YaHei" w:hAnsi="Microsoft YaHei" w:eastAsia="Microsoft YaHei"/>
          <w:color w:val="000000"/>
          <w:sz w:val="20"/>
        </w:rPr>
        <w:t>可导出Word；正式提交前确认所有必要说明和材料已经闭环。</w:t>
      </w:r>
    </w:p>
    <w:p>
      <w:pPr>
        <w:pStyle w:val="Heading2"/>
        <w:keepNext/>
        <w:pageBreakBefore w:val="0"/>
      </w:pPr>
      <w:r>
        <w:rPr>
          <w:rFonts w:ascii="Microsoft YaHei" w:hAnsi="Microsoft YaHei" w:eastAsia="Microsoft YaHei"/>
          <w:b/>
          <w:color w:val="000000"/>
          <w:sz w:val="28"/>
        </w:rPr>
        <w:t>5.6 提交评审池和后续处理</w:t>
      </w:r>
    </w:p>
    <w:p>
      <w:pPr>
        <w:pStyle w:val="ListNumber"/>
        <w:spacing w:after="100" w:line="300" w:lineRule="auto"/>
      </w:pPr>
      <w:r>
        <w:rPr>
          <w:rFonts w:ascii="Microsoft YaHei" w:hAnsi="Microsoft YaHei" w:eastAsia="Microsoft YaHei"/>
          <w:b/>
          <w:color w:val="000000"/>
          <w:sz w:val="20"/>
        </w:rPr>
        <w:t xml:space="preserve">提交正式评审  </w:t>
      </w:r>
      <w:r>
        <w:rPr>
          <w:rFonts w:ascii="Microsoft YaHei" w:hAnsi="Microsoft YaHei" w:eastAsia="Microsoft YaHei"/>
          <w:color w:val="000000"/>
          <w:sz w:val="20"/>
        </w:rPr>
        <w:t>在报告页确认提交。系统保留当前AI预审报告并跳转项目评审池。</w:t>
      </w:r>
    </w:p>
    <w:p>
      <w:pPr>
        <w:pStyle w:val="ListNumber"/>
        <w:spacing w:after="100" w:line="300" w:lineRule="auto"/>
      </w:pPr>
      <w:r>
        <w:rPr>
          <w:rFonts w:ascii="Microsoft YaHei" w:hAnsi="Microsoft YaHei" w:eastAsia="Microsoft YaHei"/>
          <w:b/>
          <w:color w:val="000000"/>
          <w:sz w:val="20"/>
        </w:rPr>
        <w:t xml:space="preserve">查看等待状态  </w:t>
      </w:r>
      <w:r>
        <w:rPr>
          <w:rFonts w:ascii="Microsoft YaHei" w:hAnsi="Microsoft YaHei" w:eastAsia="Microsoft YaHei"/>
          <w:color w:val="000000"/>
          <w:sz w:val="20"/>
        </w:rPr>
        <w:t>评审池显示提交版本、提交时间、已等待多久以及是否已被评审员领取。</w:t>
      </w:r>
    </w:p>
    <w:p>
      <w:pPr>
        <w:pStyle w:val="ListNumber"/>
        <w:spacing w:after="100" w:line="300" w:lineRule="auto"/>
      </w:pPr>
      <w:r>
        <w:rPr>
          <w:rFonts w:ascii="Microsoft YaHei" w:hAnsi="Microsoft YaHei" w:eastAsia="Microsoft YaHei"/>
          <w:b/>
          <w:color w:val="000000"/>
          <w:sz w:val="20"/>
        </w:rPr>
        <w:t xml:space="preserve">撤回  </w:t>
      </w:r>
      <w:r>
        <w:rPr>
          <w:rFonts w:ascii="Microsoft YaHei" w:hAnsi="Microsoft YaHei" w:eastAsia="Microsoft YaHei"/>
          <w:color w:val="000000"/>
          <w:sz w:val="20"/>
        </w:rPr>
        <w:t>最终决定形成前可撤回当前版本。系统停止当前排队或办理时间，并保留全部历史。</w:t>
      </w:r>
    </w:p>
    <w:p>
      <w:pPr>
        <w:pStyle w:val="ListNumber"/>
        <w:spacing w:after="100" w:line="300" w:lineRule="auto"/>
      </w:pPr>
      <w:r>
        <w:rPr>
          <w:rFonts w:ascii="Microsoft YaHei" w:hAnsi="Microsoft YaHei" w:eastAsia="Microsoft YaHei"/>
          <w:b/>
          <w:color w:val="000000"/>
          <w:sz w:val="20"/>
        </w:rPr>
        <w:t xml:space="preserve">重新推送  </w:t>
      </w:r>
      <w:r>
        <w:rPr>
          <w:rFonts w:ascii="Microsoft YaHei" w:hAnsi="Microsoft YaHei" w:eastAsia="Microsoft YaHei"/>
          <w:color w:val="000000"/>
          <w:sz w:val="20"/>
        </w:rPr>
        <w:t>完成修改后重新推送，新版本覆盖池中的当前有效版本，但不覆盖历史送审记录。</w:t>
      </w:r>
    </w:p>
    <w:p>
      <w:pPr>
        <w:pStyle w:val="ListNumber"/>
        <w:spacing w:after="100" w:line="300" w:lineRule="auto"/>
      </w:pPr>
      <w:r>
        <w:rPr>
          <w:rFonts w:ascii="Microsoft YaHei" w:hAnsi="Microsoft YaHei" w:eastAsia="Microsoft YaHei"/>
          <w:b/>
          <w:color w:val="000000"/>
          <w:sz w:val="20"/>
        </w:rPr>
        <w:t xml:space="preserve">处理退回  </w:t>
      </w:r>
      <w:r>
        <w:rPr>
          <w:rFonts w:ascii="Microsoft YaHei" w:hAnsi="Microsoft YaHei" w:eastAsia="Microsoft YaHei"/>
          <w:color w:val="000000"/>
          <w:sz w:val="20"/>
        </w:rPr>
        <w:t>评审员退回后，回到红色项目卡查看原因，补充材料、重新预审、更新报告并再次推送。</w:t>
      </w:r>
    </w:p>
    <w:p>
      <w:pPr>
        <w:pStyle w:val="Heading1"/>
        <w:keepNext/>
        <w:pageBreakBefore/>
      </w:pPr>
      <w:r>
        <w:rPr>
          <w:rFonts w:ascii="Microsoft YaHei" w:hAnsi="Microsoft YaHei" w:eastAsia="Microsoft YaHei"/>
          <w:b/>
          <w:color w:val="000000"/>
          <w:sz w:val="36"/>
        </w:rPr>
        <w:t>6 评审员业务流程</w:t>
      </w:r>
    </w:p>
    <w:tbl>
      <w:tblPr>
        <w:tblW w:type="auto" w:w="0"/>
        <w:jc w:val="center"/>
        <w:tblLayout w:type="fixed"/>
        <w:tblLook w:firstColumn="1" w:firstRow="1" w:lastColumn="0" w:lastRow="0" w:noHBand="0" w:noVBand="1" w:val="04A0"/>
        <w:tblBorders>
          <w:top w:val="single" w:sz="5" w:color="C7D6CF"/>
          <w:left w:val="single" w:sz="5" w:color="C7D6CF"/>
          <w:bottom w:val="single" w:sz="5" w:color="C7D6CF"/>
          <w:right w:val="single" w:sz="5" w:color="C7D6CF"/>
          <w:insideH w:val="single" w:sz="5" w:color="C7D6CF"/>
          <w:insideV w:val="single" w:sz="5" w:color="C7D6CF"/>
        </w:tblBorders>
      </w:tblPr>
      <w:tblGrid>
        <w:gridCol w:w="1666"/>
        <w:gridCol w:w="1666"/>
        <w:gridCol w:w="1666"/>
        <w:gridCol w:w="1666"/>
        <w:gridCol w:w="1666"/>
        <w:gridCol w:w="1666"/>
      </w:tblGrid>
      <w:tr>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1</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2</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3</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4</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5</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6</w:t>
            </w:r>
          </w:p>
        </w:tc>
      </w:tr>
      <w:tr>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查看评审池</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领取项目</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独立评审</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逐节点结论</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退回或批准</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形成报告</w:t>
            </w:r>
          </w:p>
        </w:tc>
      </w:tr>
    </w:tbl>
    <w:p>
      <w:pPr>
        <w:spacing w:after="20"/>
      </w:pPr>
    </w:p>
    <w:p>
      <w:pPr>
        <w:pStyle w:val="Heading2"/>
        <w:keepNext/>
        <w:pageBreakBefore w:val="0"/>
      </w:pPr>
      <w:r>
        <w:rPr>
          <w:rFonts w:ascii="Microsoft YaHei" w:hAnsi="Microsoft YaHei" w:eastAsia="Microsoft YaHei"/>
          <w:b/>
          <w:color w:val="000000"/>
          <w:sz w:val="28"/>
        </w:rPr>
        <w:t>6.1 接收和领取项目</w:t>
      </w:r>
    </w:p>
    <w:p>
      <w:pPr>
        <w:pStyle w:val="ListNumber"/>
        <w:spacing w:after="100" w:line="300" w:lineRule="auto"/>
      </w:pPr>
      <w:r>
        <w:rPr>
          <w:rFonts w:ascii="Microsoft YaHei" w:hAnsi="Microsoft YaHei" w:eastAsia="Microsoft YaHei"/>
          <w:b/>
          <w:color w:val="000000"/>
          <w:sz w:val="20"/>
        </w:rPr>
        <w:t xml:space="preserve">打开项目评审池  </w:t>
      </w:r>
      <w:r>
        <w:rPr>
          <w:rFonts w:ascii="Microsoft YaHei" w:hAnsi="Microsoft YaHei" w:eastAsia="Microsoft YaHei"/>
          <w:color w:val="000000"/>
          <w:sz w:val="20"/>
        </w:rPr>
        <w:t>项目按等待时长排序，卡片显示客户经理提交时间和当前等待时间。</w:t>
      </w:r>
    </w:p>
    <w:p>
      <w:pPr>
        <w:pStyle w:val="ListNumber"/>
        <w:spacing w:after="100" w:line="300" w:lineRule="auto"/>
      </w:pPr>
      <w:r>
        <w:rPr>
          <w:rFonts w:ascii="Microsoft YaHei" w:hAnsi="Microsoft YaHei" w:eastAsia="Microsoft YaHei"/>
          <w:b/>
          <w:color w:val="000000"/>
          <w:sz w:val="20"/>
        </w:rPr>
        <w:t xml:space="preserve">判断优先级  </w:t>
      </w:r>
      <w:r>
        <w:rPr>
          <w:rFonts w:ascii="Microsoft YaHei" w:hAnsi="Microsoft YaHei" w:eastAsia="Microsoft YaHei"/>
          <w:color w:val="000000"/>
          <w:sz w:val="20"/>
        </w:rPr>
        <w:t>结合等待时间、行业和项目阶段选择要办理的项目。</w:t>
      </w:r>
    </w:p>
    <w:p>
      <w:pPr>
        <w:pStyle w:val="ListNumber"/>
        <w:spacing w:after="100" w:line="300" w:lineRule="auto"/>
      </w:pPr>
      <w:r>
        <w:rPr>
          <w:rFonts w:ascii="Microsoft YaHei" w:hAnsi="Microsoft YaHei" w:eastAsia="Microsoft YaHei"/>
          <w:b/>
          <w:color w:val="000000"/>
          <w:sz w:val="20"/>
        </w:rPr>
        <w:t xml:space="preserve">领取项目  </w:t>
      </w:r>
      <w:r>
        <w:rPr>
          <w:rFonts w:ascii="Microsoft YaHei" w:hAnsi="Microsoft YaHei" w:eastAsia="Microsoft YaHei"/>
          <w:color w:val="000000"/>
          <w:sz w:val="20"/>
        </w:rPr>
        <w:t>点击领取并开始评审。领取后停止排队计时并记录评审员和开始时间。</w:t>
      </w:r>
    </w:p>
    <w:p>
      <w:pPr>
        <w:pStyle w:val="ListNumber"/>
        <w:spacing w:after="100" w:line="300" w:lineRule="auto"/>
      </w:pPr>
      <w:r>
        <w:rPr>
          <w:rFonts w:ascii="Microsoft YaHei" w:hAnsi="Microsoft YaHei" w:eastAsia="Microsoft YaHei"/>
          <w:b/>
          <w:color w:val="000000"/>
          <w:sz w:val="20"/>
        </w:rPr>
        <w:t xml:space="preserve">继续办理  </w:t>
      </w:r>
      <w:r>
        <w:rPr>
          <w:rFonts w:ascii="Microsoft YaHei" w:hAnsi="Microsoft YaHei" w:eastAsia="Microsoft YaHei"/>
          <w:color w:val="000000"/>
          <w:sz w:val="20"/>
        </w:rPr>
        <w:t>本人已领取的项目继续显示在评审池，可随时返回项目。</w:t>
      </w:r>
    </w:p>
    <w:p>
      <w:pPr>
        <w:pStyle w:val="Heading2"/>
        <w:keepNext/>
        <w:pageBreakBefore w:val="0"/>
      </w:pPr>
      <w:r>
        <w:rPr>
          <w:rFonts w:ascii="Microsoft YaHei" w:hAnsi="Microsoft YaHei" w:eastAsia="Microsoft YaHei"/>
          <w:b/>
          <w:color w:val="000000"/>
          <w:sz w:val="28"/>
        </w:rPr>
        <w:t>6.2 独立评审的六个业务主题</w:t>
      </w:r>
    </w:p>
    <w:p>
      <w:pPr>
        <w:pStyle w:val="BodyText"/>
        <w:spacing w:after="120" w:line="312" w:lineRule="auto"/>
      </w:pPr>
      <w:r>
        <w:rPr>
          <w:rFonts w:ascii="Microsoft YaHei" w:hAnsi="Microsoft YaHei" w:eastAsia="Microsoft YaHei"/>
          <w:color w:val="000000"/>
          <w:sz w:val="21"/>
        </w:rPr>
        <w:t>评审员不能因为AI未报错就跳过人工核查。全链路评审固定覆盖六个业务主题，每个主题同时展示数据与来源、AI辅助判断和评审员结论。</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97"/>
        <w:gridCol w:w="4997"/>
      </w:tblGrid>
      <w:tr>
        <w:trPr>
          <w:tblHeader w:val="true"/>
          <w:cantSplit/>
        </w:trPr>
        <w:tc>
          <w:tcPr>
            <w:tcW w:type="dxa" w:w="2232"/>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业务主题</w:t>
            </w:r>
          </w:p>
        </w:tc>
        <w:tc>
          <w:tcPr>
            <w:tcW w:type="dxa" w:w="7632"/>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重点核查内容</w:t>
            </w:r>
          </w:p>
        </w:tc>
      </w:tr>
      <w:tr>
        <w:trPr>
          <w:cantSplit/>
        </w:trPr>
        <w:tc>
          <w:tcPr>
            <w:tcW w:type="dxa" w:w="223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主体信息</w:t>
            </w:r>
          </w:p>
        </w:tc>
        <w:tc>
          <w:tcPr>
            <w:tcW w:type="dxa" w:w="763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客户名称 项目编号 行业和基础材料完整性</w:t>
            </w:r>
          </w:p>
        </w:tc>
      </w:tr>
      <w:tr>
        <w:trPr>
          <w:cantSplit/>
        </w:trPr>
        <w:tc>
          <w:tcPr>
            <w:tcW w:type="dxa" w:w="223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财务与现金流</w:t>
            </w:r>
          </w:p>
        </w:tc>
        <w:tc>
          <w:tcPr>
            <w:tcW w:type="dxa" w:w="763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资产 负债 经营现金流 偿债能力和口径一致性</w:t>
            </w:r>
          </w:p>
        </w:tc>
      </w:tr>
      <w:tr>
        <w:trPr>
          <w:cantSplit/>
        </w:trPr>
        <w:tc>
          <w:tcPr>
            <w:tcW w:type="dxa" w:w="223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租赁物</w:t>
            </w:r>
          </w:p>
        </w:tc>
        <w:tc>
          <w:tcPr>
            <w:tcW w:type="dxa" w:w="763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真实性 权属 特定化 估值 重复编号 保险和可处置性</w:t>
            </w:r>
          </w:p>
        </w:tc>
      </w:tr>
      <w:tr>
        <w:trPr>
          <w:cantSplit/>
        </w:trPr>
        <w:tc>
          <w:tcPr>
            <w:tcW w:type="dxa" w:w="223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增信措施</w:t>
            </w:r>
          </w:p>
        </w:tc>
        <w:tc>
          <w:tcPr>
            <w:tcW w:type="dxa" w:w="763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保证金 保证 抵质押 有效性和集中度数据</w:t>
            </w:r>
          </w:p>
        </w:tc>
      </w:tr>
      <w:tr>
        <w:trPr>
          <w:cantSplit/>
        </w:trPr>
        <w:tc>
          <w:tcPr>
            <w:tcW w:type="dxa" w:w="223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征信与涉诉</w:t>
            </w:r>
          </w:p>
        </w:tc>
        <w:tc>
          <w:tcPr>
            <w:tcW w:type="dxa" w:w="763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征信时点 逾期 查询 涉诉 执行和金额</w:t>
            </w:r>
          </w:p>
        </w:tc>
      </w:tr>
      <w:tr>
        <w:trPr>
          <w:cantSplit/>
        </w:trPr>
        <w:tc>
          <w:tcPr>
            <w:tcW w:type="dxa" w:w="223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交易结构与还款</w:t>
            </w:r>
          </w:p>
        </w:tc>
        <w:tc>
          <w:tcPr>
            <w:tcW w:type="dxa" w:w="763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融资金额 期限 还款来源 售后回租适用性和回款依赖</w:t>
            </w:r>
          </w:p>
        </w:tc>
      </w:tr>
    </w:tbl>
    <w:p>
      <w:pPr>
        <w:spacing w:after="40"/>
      </w:pPr>
    </w:p>
    <w:p>
      <w:pPr>
        <w:pStyle w:val="Heading2"/>
        <w:keepNext/>
        <w:pageBreakBefore w:val="0"/>
      </w:pPr>
      <w:r>
        <w:rPr>
          <w:rFonts w:ascii="Microsoft YaHei" w:hAnsi="Microsoft YaHei" w:eastAsia="Microsoft YaHei"/>
          <w:b/>
          <w:color w:val="000000"/>
          <w:sz w:val="28"/>
        </w:rPr>
        <w:t>6.3 三条信息链的阅读顺序</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31"/>
        <w:gridCol w:w="3331"/>
        <w:gridCol w:w="3331"/>
      </w:tblGrid>
      <w:tr>
        <w:trPr>
          <w:tblHeader w:val="true"/>
          <w:cantSplit/>
        </w:trPr>
        <w:tc>
          <w:tcPr>
            <w:tcW w:type="dxa" w:w="1944"/>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信息链</w:t>
            </w:r>
          </w:p>
        </w:tc>
        <w:tc>
          <w:tcPr>
            <w:tcW w:type="dxa" w:w="432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页面内容</w:t>
            </w:r>
          </w:p>
        </w:tc>
        <w:tc>
          <w:tcPr>
            <w:tcW w:type="dxa" w:w="360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评审动作</w:t>
            </w:r>
          </w:p>
        </w:tc>
      </w:tr>
      <w:tr>
        <w:trPr>
          <w:cantSplit/>
        </w:trPr>
        <w:tc>
          <w:tcPr>
            <w:tcW w:type="dxa" w:w="1944"/>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数据与来源</w:t>
            </w:r>
          </w:p>
        </w:tc>
        <w:tc>
          <w:tcPr>
            <w:tcW w:type="dxa" w:w="432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关键字段 材料名称 数据卡字段和定位</w:t>
            </w:r>
          </w:p>
        </w:tc>
        <w:tc>
          <w:tcPr>
            <w:tcW w:type="dxa" w:w="360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点击来源核对原材料和口径</w:t>
            </w:r>
          </w:p>
        </w:tc>
      </w:tr>
      <w:tr>
        <w:trPr>
          <w:cantSplit/>
        </w:trPr>
        <w:tc>
          <w:tcPr>
            <w:tcW w:type="dxa" w:w="1944"/>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8"/>
              </w:rPr>
              <w:t>AI辅助判断</w:t>
            </w:r>
          </w:p>
        </w:tc>
        <w:tc>
          <w:tcPr>
            <w:tcW w:type="dxa" w:w="432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正常 异常 材料不足 理由 命中的Skill和规则</w:t>
            </w:r>
          </w:p>
        </w:tc>
        <w:tc>
          <w:tcPr>
            <w:tcW w:type="dxa" w:w="360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把AI问题作为重点 不把正常结果当作自动通过</w:t>
            </w:r>
          </w:p>
        </w:tc>
      </w:tr>
      <w:tr>
        <w:trPr>
          <w:cantSplit/>
        </w:trPr>
        <w:tc>
          <w:tcPr>
            <w:tcW w:type="dxa" w:w="1944"/>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评审员结论</w:t>
            </w:r>
          </w:p>
        </w:tc>
        <w:tc>
          <w:tcPr>
            <w:tcW w:type="dxa" w:w="432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结论下拉和简短意见输入</w:t>
            </w:r>
          </w:p>
        </w:tc>
        <w:tc>
          <w:tcPr>
            <w:tcW w:type="dxa" w:w="360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逐节点保存人工判断和理由</w:t>
            </w:r>
          </w:p>
        </w:tc>
      </w:tr>
    </w:tbl>
    <w:p>
      <w:pPr>
        <w:spacing w:after="40"/>
      </w:pPr>
    </w:p>
    <w:p>
      <w:pPr>
        <w:pStyle w:val="BodyText"/>
        <w:spacing w:after="120" w:line="312" w:lineRule="auto"/>
      </w:pPr>
      <w:r>
        <w:rPr>
          <w:rFonts w:ascii="Microsoft YaHei" w:hAnsi="Microsoft YaHei" w:eastAsia="Microsoft YaHei"/>
          <w:color w:val="000000"/>
          <w:sz w:val="21"/>
        </w:rPr>
        <w:t>红色节点表示AI发现问题，橙色表示材料不足或口径冲突，绿色表示检查正常，灰色表示尚未人工评审。页面同时显示文字和图标，不要求用户只凭颜色判断状态。</w:t>
      </w:r>
    </w:p>
    <w:p>
      <w:pPr>
        <w:pStyle w:val="Heading2"/>
        <w:keepNext/>
        <w:pageBreakBefore w:val="0"/>
      </w:pPr>
      <w:r>
        <w:rPr>
          <w:rFonts w:ascii="Microsoft YaHei" w:hAnsi="Microsoft YaHei" w:eastAsia="Microsoft YaHei"/>
          <w:b/>
          <w:color w:val="000000"/>
          <w:sz w:val="28"/>
        </w:rPr>
        <w:t>6.4 形成逐节点结论</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31"/>
        <w:gridCol w:w="3331"/>
        <w:gridCol w:w="3331"/>
      </w:tblGrid>
      <w:tr>
        <w:trPr>
          <w:tblHeader w:val="true"/>
          <w:cantSplit/>
        </w:trPr>
        <w:tc>
          <w:tcPr>
            <w:tcW w:type="dxa" w:w="1944"/>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可选结论</w:t>
            </w:r>
          </w:p>
        </w:tc>
        <w:tc>
          <w:tcPr>
            <w:tcW w:type="dxa" w:w="432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何时使用</w:t>
            </w:r>
          </w:p>
        </w:tc>
        <w:tc>
          <w:tcPr>
            <w:tcW w:type="dxa" w:w="360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意见要求</w:t>
            </w:r>
          </w:p>
        </w:tc>
      </w:tr>
      <w:tr>
        <w:trPr>
          <w:cantSplit/>
        </w:trPr>
        <w:tc>
          <w:tcPr>
            <w:tcW w:type="dxa" w:w="1944"/>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确认无异常</w:t>
            </w:r>
          </w:p>
        </w:tc>
        <w:tc>
          <w:tcPr>
            <w:tcW w:type="dxa" w:w="432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来源充分且人工复核无异常</w:t>
            </w:r>
          </w:p>
        </w:tc>
        <w:tc>
          <w:tcPr>
            <w:tcW w:type="dxa" w:w="360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可使用系统提供的明确复核说明</w:t>
            </w:r>
          </w:p>
        </w:tc>
      </w:tr>
      <w:tr>
        <w:trPr>
          <w:cantSplit/>
        </w:trPr>
        <w:tc>
          <w:tcPr>
            <w:tcW w:type="dxa" w:w="1944"/>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8"/>
              </w:rPr>
              <w:t>确认风险可控</w:t>
            </w:r>
          </w:p>
        </w:tc>
        <w:tc>
          <w:tcPr>
            <w:tcW w:type="dxa" w:w="432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存在风险但已有充分缓释依据</w:t>
            </w:r>
          </w:p>
        </w:tc>
        <w:tc>
          <w:tcPr>
            <w:tcW w:type="dxa" w:w="360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必须说明依据</w:t>
            </w:r>
          </w:p>
        </w:tc>
      </w:tr>
      <w:tr>
        <w:trPr>
          <w:cantSplit/>
        </w:trPr>
        <w:tc>
          <w:tcPr>
            <w:tcW w:type="dxa" w:w="1944"/>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要求补件</w:t>
            </w:r>
          </w:p>
        </w:tc>
        <w:tc>
          <w:tcPr>
            <w:tcW w:type="dxa" w:w="432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证据不足或需客户经理补充</w:t>
            </w:r>
          </w:p>
        </w:tc>
        <w:tc>
          <w:tcPr>
            <w:tcW w:type="dxa" w:w="360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必须写明需要补什么</w:t>
            </w:r>
          </w:p>
        </w:tc>
      </w:tr>
      <w:tr>
        <w:trPr>
          <w:cantSplit/>
        </w:trPr>
        <w:tc>
          <w:tcPr>
            <w:tcW w:type="dxa" w:w="1944"/>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8"/>
              </w:rPr>
              <w:t>转现场核查</w:t>
            </w:r>
          </w:p>
        </w:tc>
        <w:tc>
          <w:tcPr>
            <w:tcW w:type="dxa" w:w="432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材料无法完成真实性判断</w:t>
            </w:r>
          </w:p>
        </w:tc>
        <w:tc>
          <w:tcPr>
            <w:tcW w:type="dxa" w:w="360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必须写明核查对象和要求</w:t>
            </w:r>
          </w:p>
        </w:tc>
      </w:tr>
      <w:tr>
        <w:trPr>
          <w:cantSplit/>
        </w:trPr>
        <w:tc>
          <w:tcPr>
            <w:tcW w:type="dxa" w:w="1944"/>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不采纳AI判断</w:t>
            </w:r>
          </w:p>
        </w:tc>
        <w:tc>
          <w:tcPr>
            <w:tcW w:type="dxa" w:w="432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AI结论不适用于当前项目</w:t>
            </w:r>
          </w:p>
        </w:tc>
        <w:tc>
          <w:tcPr>
            <w:tcW w:type="dxa" w:w="360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必须说明业务理由</w:t>
            </w:r>
          </w:p>
        </w:tc>
      </w:tr>
      <w:tr>
        <w:trPr>
          <w:cantSplit/>
        </w:trPr>
        <w:tc>
          <w:tcPr>
            <w:tcW w:type="dxa" w:w="1944"/>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8"/>
              </w:rPr>
              <w:t>不适用</w:t>
            </w:r>
          </w:p>
        </w:tc>
        <w:tc>
          <w:tcPr>
            <w:tcW w:type="dxa" w:w="432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该主题或检查确实不适用</w:t>
            </w:r>
          </w:p>
        </w:tc>
        <w:tc>
          <w:tcPr>
            <w:tcW w:type="dxa" w:w="360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必须说明不适用条件</w:t>
            </w:r>
          </w:p>
        </w:tc>
      </w:tr>
    </w:tbl>
    <w:p>
      <w:pPr>
        <w:spacing w:after="40"/>
      </w:pPr>
    </w:p>
    <w:p>
      <w:pPr>
        <w:pStyle w:val="Heading2"/>
        <w:keepNext/>
        <w:pageBreakBefore w:val="0"/>
      </w:pPr>
      <w:r>
        <w:rPr>
          <w:rFonts w:ascii="Microsoft YaHei" w:hAnsi="Microsoft YaHei" w:eastAsia="Microsoft YaHei"/>
          <w:b/>
          <w:color w:val="000000"/>
          <w:sz w:val="28"/>
        </w:rPr>
        <w:t>6.5 退回补件</w:t>
      </w:r>
    </w:p>
    <w:p>
      <w:pPr>
        <w:pStyle w:val="BodyText"/>
        <w:spacing w:after="120" w:line="312" w:lineRule="auto"/>
      </w:pPr>
      <w:r>
        <w:rPr>
          <w:rFonts w:ascii="Microsoft YaHei" w:hAnsi="Microsoft YaHei" w:eastAsia="Microsoft YaHei"/>
          <w:color w:val="000000"/>
          <w:sz w:val="21"/>
        </w:rPr>
        <w:t>评审员完成必要核查后，可以在页面底部填写退回原因。未填写原因时，“退回补充材料”按钮保持禁用；填写后按钮启用。退回决定、原因、评审员、时间和关联运行写入项目记录。</w:t>
      </w:r>
    </w:p>
    <w:p>
      <w:pPr>
        <w:pStyle w:val="ListNumber"/>
        <w:spacing w:after="100" w:line="300" w:lineRule="auto"/>
      </w:pPr>
      <w:r>
        <w:rPr>
          <w:rFonts w:ascii="Microsoft YaHei" w:hAnsi="Microsoft YaHei" w:eastAsia="Microsoft YaHei"/>
          <w:b/>
          <w:color w:val="000000"/>
          <w:sz w:val="20"/>
        </w:rPr>
        <w:t xml:space="preserve">填写退回原因  </w:t>
      </w:r>
      <w:r>
        <w:rPr>
          <w:rFonts w:ascii="Microsoft YaHei" w:hAnsi="Microsoft YaHei" w:eastAsia="Microsoft YaHei"/>
          <w:color w:val="000000"/>
          <w:sz w:val="20"/>
        </w:rPr>
        <w:t>使用业务语言说明缺少的材料、需要澄清的口径或需重新核验的事项。</w:t>
      </w:r>
    </w:p>
    <w:p>
      <w:pPr>
        <w:pStyle w:val="ListNumber"/>
        <w:spacing w:after="100" w:line="300" w:lineRule="auto"/>
      </w:pPr>
      <w:r>
        <w:rPr>
          <w:rFonts w:ascii="Microsoft YaHei" w:hAnsi="Microsoft YaHei" w:eastAsia="Microsoft YaHei"/>
          <w:b/>
          <w:color w:val="000000"/>
          <w:sz w:val="20"/>
        </w:rPr>
        <w:t xml:space="preserve">执行退回  </w:t>
      </w:r>
      <w:r>
        <w:rPr>
          <w:rFonts w:ascii="Microsoft YaHei" w:hAnsi="Microsoft YaHei" w:eastAsia="Microsoft YaHei"/>
          <w:color w:val="000000"/>
          <w:sz w:val="20"/>
        </w:rPr>
        <w:t>点击退回补充材料。项目从评审员待办中结束当前办理，送审版本状态改为已退回。</w:t>
      </w:r>
    </w:p>
    <w:p>
      <w:pPr>
        <w:pStyle w:val="ListNumber"/>
        <w:spacing w:after="100" w:line="300" w:lineRule="auto"/>
      </w:pPr>
      <w:r>
        <w:rPr>
          <w:rFonts w:ascii="Microsoft YaHei" w:hAnsi="Microsoft YaHei" w:eastAsia="Microsoft YaHei"/>
          <w:b/>
          <w:color w:val="000000"/>
          <w:sz w:val="20"/>
        </w:rPr>
        <w:t xml:space="preserve">客户经理接收  </w:t>
      </w:r>
      <w:r>
        <w:rPr>
          <w:rFonts w:ascii="Microsoft YaHei" w:hAnsi="Microsoft YaHei" w:eastAsia="Microsoft YaHei"/>
          <w:color w:val="000000"/>
          <w:sz w:val="20"/>
        </w:rPr>
        <w:t>客户经理工作台出现红色项目卡，直接显示退回原因和时间。</w:t>
      </w:r>
    </w:p>
    <w:p>
      <w:pPr>
        <w:pStyle w:val="ListNumber"/>
        <w:spacing w:after="100" w:line="300" w:lineRule="auto"/>
      </w:pPr>
      <w:r>
        <w:rPr>
          <w:rFonts w:ascii="Microsoft YaHei" w:hAnsi="Microsoft YaHei" w:eastAsia="Microsoft YaHei"/>
          <w:b/>
          <w:color w:val="000000"/>
          <w:sz w:val="20"/>
        </w:rPr>
        <w:t xml:space="preserve">等待重新推送  </w:t>
      </w:r>
      <w:r>
        <w:rPr>
          <w:rFonts w:ascii="Microsoft YaHei" w:hAnsi="Microsoft YaHei" w:eastAsia="Microsoft YaHei"/>
          <w:color w:val="000000"/>
          <w:sz w:val="20"/>
        </w:rPr>
        <w:t>客户经理补件并重新推送后，项目以新送审版本重新进入评审池。</w:t>
      </w:r>
    </w:p>
    <w:p>
      <w:pPr>
        <w:pStyle w:val="Heading2"/>
        <w:keepNext/>
        <w:pageBreakBefore w:val="0"/>
      </w:pPr>
      <w:r>
        <w:rPr>
          <w:rFonts w:ascii="Microsoft YaHei" w:hAnsi="Microsoft YaHei" w:eastAsia="Microsoft YaHei"/>
          <w:b/>
          <w:color w:val="000000"/>
          <w:sz w:val="28"/>
        </w:rPr>
        <w:t>6.6 批准和评审报告</w:t>
      </w:r>
    </w:p>
    <w:p>
      <w:pPr>
        <w:pStyle w:val="BodyText"/>
        <w:spacing w:after="120" w:line="312" w:lineRule="auto"/>
      </w:pPr>
      <w:r>
        <w:rPr>
          <w:rFonts w:ascii="Microsoft YaHei" w:hAnsi="Microsoft YaHei" w:eastAsia="Microsoft YaHei"/>
          <w:color w:val="000000"/>
          <w:sz w:val="21"/>
        </w:rPr>
        <w:t>只有全部必审主题都形成明确人工结论，并且待补件、现场核查和其他阻断事项已经闭环时，系统才允许点击“批准并生成评审报告”。批准后，系统保存最终决定并生成独立评审报告草稿。</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31"/>
        <w:gridCol w:w="3331"/>
        <w:gridCol w:w="3331"/>
      </w:tblGrid>
      <w:tr>
        <w:trPr>
          <w:tblHeader w:val="true"/>
          <w:cantSplit/>
        </w:trPr>
        <w:tc>
          <w:tcPr>
            <w:tcW w:type="dxa" w:w="2088"/>
            <w:shd w:fill="185C48"/>
            <w:tcMar>
              <w:top w:w="75" w:type="dxa"/>
              <w:start w:w="120" w:type="dxa"/>
              <w:bottom w:w="75" w:type="dxa"/>
              <w:end w:w="120" w:type="dxa"/>
            </w:tcMar>
            <w:vAlign w:val="center"/>
          </w:tcPr>
          <w:p>
            <w:pPr>
              <w:spacing w:after="0" w:line="283" w:lineRule="auto"/>
              <w:jc w:val="center"/>
            </w:pPr>
            <w:r>
              <w:rPr>
                <w:rFonts w:ascii="Microsoft YaHei" w:hAnsi="Microsoft YaHei" w:eastAsia="Microsoft YaHei"/>
                <w:b/>
                <w:color w:val="FFFFFF"/>
                <w:sz w:val="18"/>
              </w:rPr>
              <w:t>批准前检查</w:t>
            </w:r>
          </w:p>
        </w:tc>
        <w:tc>
          <w:tcPr>
            <w:tcW w:type="dxa" w:w="3888"/>
            <w:shd w:fill="185C48"/>
            <w:tcMar>
              <w:top w:w="75" w:type="dxa"/>
              <w:start w:w="120" w:type="dxa"/>
              <w:bottom w:w="75" w:type="dxa"/>
              <w:end w:w="120" w:type="dxa"/>
            </w:tcMar>
            <w:vAlign w:val="center"/>
          </w:tcPr>
          <w:p>
            <w:pPr>
              <w:spacing w:after="0" w:line="283" w:lineRule="auto"/>
              <w:jc w:val="center"/>
            </w:pPr>
            <w:r>
              <w:rPr>
                <w:rFonts w:ascii="Microsoft YaHei" w:hAnsi="Microsoft YaHei" w:eastAsia="Microsoft YaHei"/>
                <w:b/>
                <w:color w:val="FFFFFF"/>
                <w:sz w:val="18"/>
              </w:rPr>
              <w:t>通过条件</w:t>
            </w:r>
          </w:p>
        </w:tc>
        <w:tc>
          <w:tcPr>
            <w:tcW w:type="dxa" w:w="3888"/>
            <w:shd w:fill="185C48"/>
            <w:tcMar>
              <w:top w:w="75" w:type="dxa"/>
              <w:start w:w="120" w:type="dxa"/>
              <w:bottom w:w="75" w:type="dxa"/>
              <w:end w:w="120" w:type="dxa"/>
            </w:tcMar>
            <w:vAlign w:val="center"/>
          </w:tcPr>
          <w:p>
            <w:pPr>
              <w:spacing w:after="0" w:line="283" w:lineRule="auto"/>
              <w:jc w:val="center"/>
            </w:pPr>
            <w:r>
              <w:rPr>
                <w:rFonts w:ascii="Microsoft YaHei" w:hAnsi="Microsoft YaHei" w:eastAsia="Microsoft YaHei"/>
                <w:b/>
                <w:color w:val="FFFFFF"/>
                <w:sz w:val="18"/>
              </w:rPr>
              <w:t>未通过时处理</w:t>
            </w:r>
          </w:p>
        </w:tc>
      </w:tr>
      <w:tr>
        <w:trPr>
          <w:cantSplit/>
        </w:trPr>
        <w:tc>
          <w:tcPr>
            <w:tcW w:type="dxa" w:w="2088"/>
            <w:tcMar>
              <w:top w:w="70" w:type="dxa"/>
              <w:start w:w="120" w:type="dxa"/>
              <w:bottom w:w="70" w:type="dxa"/>
              <w:end w:w="120" w:type="dxa"/>
            </w:tcMar>
            <w:vAlign w:val="center"/>
          </w:tcPr>
          <w:p>
            <w:pPr>
              <w:spacing w:after="0" w:line="283" w:lineRule="auto"/>
              <w:jc w:val="center"/>
            </w:pPr>
            <w:r>
              <w:rPr>
                <w:rFonts w:ascii="Microsoft YaHei" w:hAnsi="Microsoft YaHei" w:eastAsia="Microsoft YaHei"/>
                <w:b w:val="0"/>
                <w:color w:val="000000"/>
                <w:sz w:val="17"/>
              </w:rPr>
              <w:t>必审主题</w:t>
            </w:r>
          </w:p>
        </w:tc>
        <w:tc>
          <w:tcPr>
            <w:tcW w:type="dxa" w:w="3888"/>
            <w:tcMar>
              <w:top w:w="70" w:type="dxa"/>
              <w:start w:w="120" w:type="dxa"/>
              <w:bottom w:w="70" w:type="dxa"/>
              <w:end w:w="120" w:type="dxa"/>
            </w:tcMar>
            <w:vAlign w:val="center"/>
          </w:tcPr>
          <w:p>
            <w:pPr>
              <w:spacing w:after="0" w:line="283" w:lineRule="auto"/>
              <w:jc w:val="left"/>
            </w:pPr>
            <w:r>
              <w:rPr>
                <w:rFonts w:ascii="Microsoft YaHei" w:hAnsi="Microsoft YaHei" w:eastAsia="Microsoft YaHei"/>
                <w:b w:val="0"/>
                <w:color w:val="000000"/>
                <w:sz w:val="17"/>
              </w:rPr>
              <w:t>六个主题均有人工结论</w:t>
            </w:r>
          </w:p>
        </w:tc>
        <w:tc>
          <w:tcPr>
            <w:tcW w:type="dxa" w:w="3888"/>
            <w:tcMar>
              <w:top w:w="70" w:type="dxa"/>
              <w:start w:w="120" w:type="dxa"/>
              <w:bottom w:w="70" w:type="dxa"/>
              <w:end w:w="120" w:type="dxa"/>
            </w:tcMar>
            <w:vAlign w:val="center"/>
          </w:tcPr>
          <w:p>
            <w:pPr>
              <w:spacing w:after="0" w:line="283" w:lineRule="auto"/>
              <w:jc w:val="left"/>
            </w:pPr>
            <w:r>
              <w:rPr>
                <w:rFonts w:ascii="Microsoft YaHei" w:hAnsi="Microsoft YaHei" w:eastAsia="Microsoft YaHei"/>
                <w:b w:val="0"/>
                <w:color w:val="000000"/>
                <w:sz w:val="17"/>
              </w:rPr>
              <w:t>返回未完成节点补充结论</w:t>
            </w:r>
          </w:p>
        </w:tc>
      </w:tr>
      <w:tr>
        <w:trPr>
          <w:cantSplit/>
        </w:trPr>
        <w:tc>
          <w:tcPr>
            <w:tcW w:type="dxa" w:w="2088"/>
            <w:tcMar>
              <w:top w:w="70" w:type="dxa"/>
              <w:start w:w="120" w:type="dxa"/>
              <w:bottom w:w="70" w:type="dxa"/>
              <w:end w:w="120" w:type="dxa"/>
            </w:tcMar>
            <w:shd w:fill="F5F6F6"/>
            <w:vAlign w:val="center"/>
          </w:tcPr>
          <w:p>
            <w:pPr>
              <w:spacing w:after="0" w:line="283" w:lineRule="auto"/>
              <w:jc w:val="center"/>
            </w:pPr>
            <w:r>
              <w:rPr>
                <w:rFonts w:ascii="Microsoft YaHei" w:hAnsi="Microsoft YaHei" w:eastAsia="Microsoft YaHei"/>
                <w:b w:val="0"/>
                <w:color w:val="000000"/>
                <w:sz w:val="17"/>
              </w:rPr>
              <w:t>证据来源</w:t>
            </w:r>
          </w:p>
        </w:tc>
        <w:tc>
          <w:tcPr>
            <w:tcW w:type="dxa" w:w="3888"/>
            <w:tcMar>
              <w:top w:w="70" w:type="dxa"/>
              <w:start w:w="120" w:type="dxa"/>
              <w:bottom w:w="70" w:type="dxa"/>
              <w:end w:w="120" w:type="dxa"/>
            </w:tcMar>
            <w:shd w:fill="F5F6F6"/>
            <w:vAlign w:val="center"/>
          </w:tcPr>
          <w:p>
            <w:pPr>
              <w:spacing w:after="0" w:line="283" w:lineRule="auto"/>
              <w:jc w:val="left"/>
            </w:pPr>
            <w:r>
              <w:rPr>
                <w:rFonts w:ascii="Microsoft YaHei" w:hAnsi="Microsoft YaHei" w:eastAsia="Microsoft YaHei"/>
                <w:b w:val="0"/>
                <w:color w:val="000000"/>
                <w:sz w:val="17"/>
              </w:rPr>
              <w:t>关键判断均有关联材料或数据字段</w:t>
            </w:r>
          </w:p>
        </w:tc>
        <w:tc>
          <w:tcPr>
            <w:tcW w:type="dxa" w:w="3888"/>
            <w:tcMar>
              <w:top w:w="70" w:type="dxa"/>
              <w:start w:w="120" w:type="dxa"/>
              <w:bottom w:w="70" w:type="dxa"/>
              <w:end w:w="120" w:type="dxa"/>
            </w:tcMar>
            <w:shd w:fill="F5F6F6"/>
            <w:vAlign w:val="center"/>
          </w:tcPr>
          <w:p>
            <w:pPr>
              <w:spacing w:after="0" w:line="283" w:lineRule="auto"/>
              <w:jc w:val="left"/>
            </w:pPr>
            <w:r>
              <w:rPr>
                <w:rFonts w:ascii="Microsoft YaHei" w:hAnsi="Microsoft YaHei" w:eastAsia="Microsoft YaHei"/>
                <w:b w:val="0"/>
                <w:color w:val="000000"/>
                <w:sz w:val="17"/>
              </w:rPr>
              <w:t>打开来源补充或纠正证据</w:t>
            </w:r>
          </w:p>
        </w:tc>
      </w:tr>
      <w:tr>
        <w:trPr>
          <w:cantSplit/>
        </w:trPr>
        <w:tc>
          <w:tcPr>
            <w:tcW w:type="dxa" w:w="2088"/>
            <w:tcMar>
              <w:top w:w="70" w:type="dxa"/>
              <w:start w:w="120" w:type="dxa"/>
              <w:bottom w:w="70" w:type="dxa"/>
              <w:end w:w="120" w:type="dxa"/>
            </w:tcMar>
            <w:vAlign w:val="center"/>
          </w:tcPr>
          <w:p>
            <w:pPr>
              <w:spacing w:after="0" w:line="283" w:lineRule="auto"/>
              <w:jc w:val="center"/>
            </w:pPr>
            <w:r>
              <w:rPr>
                <w:rFonts w:ascii="Microsoft YaHei" w:hAnsi="Microsoft YaHei" w:eastAsia="Microsoft YaHei"/>
                <w:b w:val="0"/>
                <w:color w:val="000000"/>
                <w:sz w:val="17"/>
              </w:rPr>
              <w:t>补件事项</w:t>
            </w:r>
          </w:p>
        </w:tc>
        <w:tc>
          <w:tcPr>
            <w:tcW w:type="dxa" w:w="3888"/>
            <w:tcMar>
              <w:top w:w="70" w:type="dxa"/>
              <w:start w:w="120" w:type="dxa"/>
              <w:bottom w:w="70" w:type="dxa"/>
              <w:end w:w="120" w:type="dxa"/>
            </w:tcMar>
            <w:vAlign w:val="center"/>
          </w:tcPr>
          <w:p>
            <w:pPr>
              <w:spacing w:after="0" w:line="283" w:lineRule="auto"/>
              <w:jc w:val="left"/>
            </w:pPr>
            <w:r>
              <w:rPr>
                <w:rFonts w:ascii="Microsoft YaHei" w:hAnsi="Microsoft YaHei" w:eastAsia="Microsoft YaHei"/>
                <w:b w:val="0"/>
                <w:color w:val="000000"/>
                <w:sz w:val="17"/>
              </w:rPr>
              <w:t>待补件问题已经关闭</w:t>
            </w:r>
          </w:p>
        </w:tc>
        <w:tc>
          <w:tcPr>
            <w:tcW w:type="dxa" w:w="3888"/>
            <w:tcMar>
              <w:top w:w="70" w:type="dxa"/>
              <w:start w:w="120" w:type="dxa"/>
              <w:bottom w:w="70" w:type="dxa"/>
              <w:end w:w="120" w:type="dxa"/>
            </w:tcMar>
            <w:vAlign w:val="center"/>
          </w:tcPr>
          <w:p>
            <w:pPr>
              <w:spacing w:after="0" w:line="283" w:lineRule="auto"/>
              <w:jc w:val="left"/>
            </w:pPr>
            <w:r>
              <w:rPr>
                <w:rFonts w:ascii="Microsoft YaHei" w:hAnsi="Microsoft YaHei" w:eastAsia="Microsoft YaHei"/>
                <w:b w:val="0"/>
                <w:color w:val="000000"/>
                <w:sz w:val="17"/>
              </w:rPr>
              <w:t>退回客户经理继续补件</w:t>
            </w:r>
          </w:p>
        </w:tc>
      </w:tr>
      <w:tr>
        <w:trPr>
          <w:cantSplit/>
        </w:trPr>
        <w:tc>
          <w:tcPr>
            <w:tcW w:type="dxa" w:w="2088"/>
            <w:tcMar>
              <w:top w:w="70" w:type="dxa"/>
              <w:start w:w="120" w:type="dxa"/>
              <w:bottom w:w="70" w:type="dxa"/>
              <w:end w:w="120" w:type="dxa"/>
            </w:tcMar>
            <w:shd w:fill="F5F6F6"/>
            <w:vAlign w:val="center"/>
          </w:tcPr>
          <w:p>
            <w:pPr>
              <w:spacing w:after="0" w:line="283" w:lineRule="auto"/>
              <w:jc w:val="center"/>
            </w:pPr>
            <w:r>
              <w:rPr>
                <w:rFonts w:ascii="Microsoft YaHei" w:hAnsi="Microsoft YaHei" w:eastAsia="Microsoft YaHei"/>
                <w:b w:val="0"/>
                <w:color w:val="000000"/>
                <w:sz w:val="17"/>
              </w:rPr>
              <w:t>现场核查</w:t>
            </w:r>
          </w:p>
        </w:tc>
        <w:tc>
          <w:tcPr>
            <w:tcW w:type="dxa" w:w="3888"/>
            <w:tcMar>
              <w:top w:w="70" w:type="dxa"/>
              <w:start w:w="120" w:type="dxa"/>
              <w:bottom w:w="70" w:type="dxa"/>
              <w:end w:w="120" w:type="dxa"/>
            </w:tcMar>
            <w:shd w:fill="F5F6F6"/>
            <w:vAlign w:val="center"/>
          </w:tcPr>
          <w:p>
            <w:pPr>
              <w:spacing w:after="0" w:line="283" w:lineRule="auto"/>
              <w:jc w:val="left"/>
            </w:pPr>
            <w:r>
              <w:rPr>
                <w:rFonts w:ascii="Microsoft YaHei" w:hAnsi="Microsoft YaHei" w:eastAsia="Microsoft YaHei"/>
                <w:b w:val="0"/>
                <w:color w:val="000000"/>
                <w:sz w:val="17"/>
              </w:rPr>
              <w:t>核查结果已记录并形成结论</w:t>
            </w:r>
          </w:p>
        </w:tc>
        <w:tc>
          <w:tcPr>
            <w:tcW w:type="dxa" w:w="3888"/>
            <w:tcMar>
              <w:top w:w="70" w:type="dxa"/>
              <w:start w:w="120" w:type="dxa"/>
              <w:bottom w:w="70" w:type="dxa"/>
              <w:end w:w="120" w:type="dxa"/>
            </w:tcMar>
            <w:shd w:fill="F5F6F6"/>
            <w:vAlign w:val="center"/>
          </w:tcPr>
          <w:p>
            <w:pPr>
              <w:spacing w:after="0" w:line="283" w:lineRule="auto"/>
              <w:jc w:val="left"/>
            </w:pPr>
            <w:r>
              <w:rPr>
                <w:rFonts w:ascii="Microsoft YaHei" w:hAnsi="Microsoft YaHei" w:eastAsia="Microsoft YaHei"/>
                <w:b w:val="0"/>
                <w:color w:val="000000"/>
                <w:sz w:val="17"/>
              </w:rPr>
              <w:t>保持阻断 不允许批准</w:t>
            </w:r>
          </w:p>
        </w:tc>
      </w:tr>
      <w:tr>
        <w:trPr>
          <w:cantSplit/>
        </w:trPr>
        <w:tc>
          <w:tcPr>
            <w:tcW w:type="dxa" w:w="2088"/>
            <w:tcMar>
              <w:top w:w="70" w:type="dxa"/>
              <w:start w:w="120" w:type="dxa"/>
              <w:bottom w:w="70" w:type="dxa"/>
              <w:end w:w="120" w:type="dxa"/>
            </w:tcMar>
            <w:vAlign w:val="center"/>
          </w:tcPr>
          <w:p>
            <w:pPr>
              <w:spacing w:after="0" w:line="283" w:lineRule="auto"/>
              <w:jc w:val="center"/>
            </w:pPr>
            <w:r>
              <w:rPr>
                <w:rFonts w:ascii="Microsoft YaHei" w:hAnsi="Microsoft YaHei" w:eastAsia="Microsoft YaHei"/>
                <w:b w:val="0"/>
                <w:color w:val="000000"/>
                <w:sz w:val="17"/>
              </w:rPr>
              <w:t>报告来源</w:t>
            </w:r>
          </w:p>
        </w:tc>
        <w:tc>
          <w:tcPr>
            <w:tcW w:type="dxa" w:w="3888"/>
            <w:tcMar>
              <w:top w:w="70" w:type="dxa"/>
              <w:start w:w="120" w:type="dxa"/>
              <w:bottom w:w="70" w:type="dxa"/>
              <w:end w:w="120" w:type="dxa"/>
            </w:tcMar>
            <w:vAlign w:val="center"/>
          </w:tcPr>
          <w:p>
            <w:pPr>
              <w:spacing w:after="0" w:line="283" w:lineRule="auto"/>
              <w:jc w:val="left"/>
            </w:pPr>
            <w:r>
              <w:rPr>
                <w:rFonts w:ascii="Microsoft YaHei" w:hAnsi="Microsoft YaHei" w:eastAsia="Microsoft YaHei"/>
                <w:b w:val="0"/>
                <w:color w:val="000000"/>
                <w:sz w:val="17"/>
              </w:rPr>
              <w:t>报告章节引用当前独立评审运行</w:t>
            </w:r>
          </w:p>
        </w:tc>
        <w:tc>
          <w:tcPr>
            <w:tcW w:type="dxa" w:w="3888"/>
            <w:tcMar>
              <w:top w:w="70" w:type="dxa"/>
              <w:start w:w="120" w:type="dxa"/>
              <w:bottom w:w="70" w:type="dxa"/>
              <w:end w:w="120" w:type="dxa"/>
            </w:tcMar>
            <w:vAlign w:val="center"/>
          </w:tcPr>
          <w:p>
            <w:pPr>
              <w:spacing w:after="0" w:line="283" w:lineRule="auto"/>
              <w:jc w:val="left"/>
            </w:pPr>
            <w:r>
              <w:rPr>
                <w:rFonts w:ascii="Microsoft YaHei" w:hAnsi="Microsoft YaHei" w:eastAsia="Microsoft YaHei"/>
                <w:b w:val="0"/>
                <w:color w:val="000000"/>
                <w:sz w:val="17"/>
              </w:rPr>
              <w:t>重新生成候选并核对版本</w:t>
            </w:r>
          </w:p>
        </w:tc>
      </w:tr>
    </w:tbl>
    <w:p>
      <w:pPr>
        <w:spacing w:after="40"/>
      </w:pPr>
    </w:p>
    <w:p>
      <w:pPr>
        <w:pStyle w:val="ListBullet"/>
        <w:spacing w:after="60" w:line="293" w:lineRule="auto"/>
      </w:pPr>
      <w:r>
        <w:rPr>
          <w:rFonts w:ascii="Microsoft YaHei" w:hAnsi="Microsoft YaHei" w:eastAsia="Microsoft YaHei"/>
          <w:color w:val="000000"/>
          <w:sz w:val="20"/>
        </w:rPr>
        <w:t>独立评审报告与客户经理AI预审报告分别保存，二者的来源运行不同。</w:t>
      </w:r>
    </w:p>
    <w:p>
      <w:pPr>
        <w:pStyle w:val="ListBullet"/>
        <w:spacing w:after="60" w:line="293" w:lineRule="auto"/>
      </w:pPr>
      <w:r>
        <w:rPr>
          <w:rFonts w:ascii="Microsoft YaHei" w:hAnsi="Microsoft YaHei" w:eastAsia="Microsoft YaHei"/>
          <w:color w:val="000000"/>
          <w:sz w:val="20"/>
        </w:rPr>
        <w:t>报告按业务主题汇总数据来源、AI判断、评审员结论和意见。</w:t>
      </w:r>
    </w:p>
    <w:p>
      <w:pPr>
        <w:pStyle w:val="ListBullet"/>
        <w:spacing w:after="60" w:line="293" w:lineRule="auto"/>
      </w:pPr>
      <w:r>
        <w:rPr>
          <w:rFonts w:ascii="Microsoft YaHei" w:hAnsi="Microsoft YaHei" w:eastAsia="Microsoft YaHei"/>
          <w:color w:val="000000"/>
          <w:sz w:val="20"/>
        </w:rPr>
        <w:t>评审员可按模板生成上会摘要，最终定稿仍由授权人员确认。</w:t>
      </w:r>
    </w:p>
    <w:p>
      <w:pPr>
        <w:pStyle w:val="Heading1"/>
        <w:keepNext/>
        <w:pageBreakBefore/>
      </w:pPr>
      <w:r>
        <w:rPr>
          <w:rFonts w:ascii="Microsoft YaHei" w:hAnsi="Microsoft YaHei" w:eastAsia="Microsoft YaHei"/>
          <w:b/>
          <w:color w:val="000000"/>
          <w:sz w:val="36"/>
        </w:rPr>
        <w:t>7 配置管理员业务流程</w:t>
      </w:r>
    </w:p>
    <w:p>
      <w:pPr>
        <w:pStyle w:val="BodyText"/>
        <w:spacing w:after="120" w:line="312" w:lineRule="auto"/>
      </w:pPr>
      <w:r>
        <w:rPr>
          <w:rFonts w:ascii="Microsoft YaHei" w:hAnsi="Microsoft YaHei" w:eastAsia="Microsoft YaHei"/>
          <w:color w:val="000000"/>
          <w:sz w:val="21"/>
        </w:rPr>
        <w:t>配置管理员负责建立业务可用的数据和能力边界，不代替客户经理或评审员作项目判断。配置工作从连接开始，依次形成数据卡、Skills、规则和研判方案，再经过测试、评测和发布供业务人员选择。</w:t>
      </w:r>
    </w:p>
    <w:tbl>
      <w:tblPr>
        <w:tblW w:type="auto" w:w="0"/>
        <w:jc w:val="center"/>
        <w:tblLayout w:type="fixed"/>
        <w:tblLook w:firstColumn="1" w:firstRow="1" w:lastColumn="0" w:lastRow="0" w:noHBand="0" w:noVBand="1" w:val="04A0"/>
        <w:tblBorders>
          <w:top w:val="single" w:sz="5" w:color="C7D6CF"/>
          <w:left w:val="single" w:sz="5" w:color="C7D6CF"/>
          <w:bottom w:val="single" w:sz="5" w:color="C7D6CF"/>
          <w:right w:val="single" w:sz="5" w:color="C7D6CF"/>
          <w:insideH w:val="single" w:sz="5" w:color="C7D6CF"/>
          <w:insideV w:val="single" w:sz="5" w:color="C7D6CF"/>
        </w:tblBorders>
      </w:tblPr>
      <w:tblGrid>
        <w:gridCol w:w="1666"/>
        <w:gridCol w:w="1666"/>
        <w:gridCol w:w="1666"/>
        <w:gridCol w:w="1666"/>
        <w:gridCol w:w="1666"/>
        <w:gridCol w:w="1666"/>
      </w:tblGrid>
      <w:tr>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1</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2</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3</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4</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5</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6</w:t>
            </w:r>
          </w:p>
        </w:tc>
      </w:tr>
      <w:tr>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配置连接</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建立数据卡</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配置Skills</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配置规则</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组合方案</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审核发布</w:t>
            </w:r>
          </w:p>
        </w:tc>
      </w:tr>
    </w:tbl>
    <w:p>
      <w:pPr>
        <w:spacing w:after="20"/>
      </w:pPr>
    </w:p>
    <w:p>
      <w:pPr>
        <w:pStyle w:val="Heading2"/>
        <w:keepNext/>
        <w:pageBreakBefore w:val="0"/>
      </w:pPr>
      <w:r>
        <w:rPr>
          <w:rFonts w:ascii="Microsoft YaHei" w:hAnsi="Microsoft YaHei" w:eastAsia="Microsoft YaHei"/>
          <w:b/>
          <w:color w:val="000000"/>
          <w:sz w:val="28"/>
        </w:rPr>
        <w:t>7.1 数据连接</w:t>
      </w:r>
    </w:p>
    <w:p>
      <w:pPr>
        <w:pStyle w:val="ListBullet"/>
        <w:spacing w:after="60" w:line="293" w:lineRule="auto"/>
      </w:pPr>
      <w:r>
        <w:rPr>
          <w:rFonts w:ascii="Microsoft YaHei" w:hAnsi="Microsoft YaHei" w:eastAsia="Microsoft YaHei"/>
          <w:color w:val="000000"/>
          <w:sz w:val="20"/>
        </w:rPr>
        <w:t>一个数据域统一维护连接，不为每个业务人员复制数据库账号。</w:t>
      </w:r>
    </w:p>
    <w:p>
      <w:pPr>
        <w:pStyle w:val="ListBullet"/>
        <w:spacing w:after="60" w:line="293" w:lineRule="auto"/>
      </w:pPr>
      <w:r>
        <w:rPr>
          <w:rFonts w:ascii="Microsoft YaHei" w:hAnsi="Microsoft YaHei" w:eastAsia="Microsoft YaHei"/>
          <w:color w:val="000000"/>
          <w:sz w:val="20"/>
        </w:rPr>
        <w:t>当前演示库使用SQLite；正式环境可配置PostgreSQL或MySQL只读连接。</w:t>
      </w:r>
    </w:p>
    <w:p>
      <w:pPr>
        <w:pStyle w:val="ListBullet"/>
        <w:spacing w:after="60" w:line="293" w:lineRule="auto"/>
      </w:pPr>
      <w:r>
        <w:rPr>
          <w:rFonts w:ascii="Microsoft YaHei" w:hAnsi="Microsoft YaHei" w:eastAsia="Microsoft YaHei"/>
          <w:color w:val="000000"/>
          <w:sz w:val="20"/>
        </w:rPr>
        <w:t>连接限定允许访问的表、查询超时和最大行数。</w:t>
      </w:r>
    </w:p>
    <w:p>
      <w:pPr>
        <w:pStyle w:val="ListBullet"/>
        <w:spacing w:after="60" w:line="293" w:lineRule="auto"/>
      </w:pPr>
      <w:r>
        <w:rPr>
          <w:rFonts w:ascii="Microsoft YaHei" w:hAnsi="Microsoft YaHei" w:eastAsia="Microsoft YaHei"/>
          <w:color w:val="000000"/>
          <w:sz w:val="20"/>
        </w:rPr>
        <w:t>密码和令牌只能引用服务器环境变量，不能写入连接对象。</w:t>
      </w:r>
    </w:p>
    <w:p>
      <w:pPr>
        <w:pStyle w:val="Heading2"/>
        <w:keepNext/>
        <w:pageBreakBefore w:val="0"/>
      </w:pPr>
      <w:r>
        <w:rPr>
          <w:rFonts w:ascii="Microsoft YaHei" w:hAnsi="Microsoft YaHei" w:eastAsia="Microsoft YaHei"/>
          <w:b/>
          <w:color w:val="000000"/>
          <w:sz w:val="28"/>
        </w:rPr>
        <w:t>7.2 数据卡和受控SQL</w:t>
      </w:r>
    </w:p>
    <w:p>
      <w:pPr>
        <w:pStyle w:val="BodyText"/>
        <w:spacing w:after="120" w:line="312" w:lineRule="auto"/>
      </w:pPr>
      <w:r>
        <w:rPr>
          <w:rFonts w:ascii="Microsoft YaHei" w:hAnsi="Microsoft YaHei" w:eastAsia="Microsoft YaHei"/>
          <w:color w:val="000000"/>
          <w:sz w:val="21"/>
        </w:rPr>
        <w:t>数据卡把源系统表和字段映射为统一业务字段。它可以通过一条参数化SELECT或WITH SELECT关联多张表，项目条件由服务端参数 :project_id 提供。系统禁止字符串拼接、写操作和访问白名单之外的表。</w:t>
      </w:r>
    </w:p>
    <w:p>
      <w:pPr>
        <w:pStyle w:val="ListNumber"/>
        <w:spacing w:after="100" w:line="300" w:lineRule="auto"/>
      </w:pPr>
      <w:r>
        <w:rPr>
          <w:rFonts w:ascii="Microsoft YaHei" w:hAnsi="Microsoft YaHei" w:eastAsia="Microsoft YaHei"/>
          <w:b/>
          <w:color w:val="000000"/>
          <w:sz w:val="20"/>
        </w:rPr>
        <w:t xml:space="preserve">选择连接  </w:t>
      </w:r>
      <w:r>
        <w:rPr>
          <w:rFonts w:ascii="Microsoft YaHei" w:hAnsi="Microsoft YaHei" w:eastAsia="Microsoft YaHei"/>
          <w:color w:val="000000"/>
          <w:sz w:val="20"/>
        </w:rPr>
        <w:t>复用已发布的只读数据连接。</w:t>
      </w:r>
    </w:p>
    <w:p>
      <w:pPr>
        <w:pStyle w:val="ListNumber"/>
        <w:spacing w:after="100" w:line="300" w:lineRule="auto"/>
      </w:pPr>
      <w:r>
        <w:rPr>
          <w:rFonts w:ascii="Microsoft YaHei" w:hAnsi="Microsoft YaHei" w:eastAsia="Microsoft YaHei"/>
          <w:b/>
          <w:color w:val="000000"/>
          <w:sz w:val="20"/>
        </w:rPr>
        <w:t xml:space="preserve">定义粒度  </w:t>
      </w:r>
      <w:r>
        <w:rPr>
          <w:rFonts w:ascii="Microsoft YaHei" w:hAnsi="Microsoft YaHei" w:eastAsia="Microsoft YaHei"/>
          <w:color w:val="000000"/>
          <w:sz w:val="20"/>
        </w:rPr>
        <w:t>明确项目、期间、报表口径、单位和唯一性。</w:t>
      </w:r>
    </w:p>
    <w:p>
      <w:pPr>
        <w:pStyle w:val="ListNumber"/>
        <w:spacing w:after="100" w:line="300" w:lineRule="auto"/>
      </w:pPr>
      <w:r>
        <w:rPr>
          <w:rFonts w:ascii="Microsoft YaHei" w:hAnsi="Microsoft YaHei" w:eastAsia="Microsoft YaHei"/>
          <w:b/>
          <w:color w:val="000000"/>
          <w:sz w:val="20"/>
        </w:rPr>
        <w:t xml:space="preserve">配置SQL  </w:t>
      </w:r>
      <w:r>
        <w:rPr>
          <w:rFonts w:ascii="Microsoft YaHei" w:hAnsi="Microsoft YaHei" w:eastAsia="Microsoft YaHei"/>
          <w:color w:val="000000"/>
          <w:sz w:val="20"/>
        </w:rPr>
        <w:t>使用 :project_id 作为项目参数，只查询必要字段。</w:t>
      </w:r>
    </w:p>
    <w:p>
      <w:pPr>
        <w:pStyle w:val="ListNumber"/>
        <w:spacing w:after="100" w:line="300" w:lineRule="auto"/>
      </w:pPr>
      <w:r>
        <w:rPr>
          <w:rFonts w:ascii="Microsoft YaHei" w:hAnsi="Microsoft YaHei" w:eastAsia="Microsoft YaHei"/>
          <w:b/>
          <w:color w:val="000000"/>
          <w:sz w:val="20"/>
        </w:rPr>
        <w:t xml:space="preserve">映射标准字段  </w:t>
      </w:r>
      <w:r>
        <w:rPr>
          <w:rFonts w:ascii="Microsoft YaHei" w:hAnsi="Microsoft YaHei" w:eastAsia="Microsoft YaHei"/>
          <w:color w:val="000000"/>
          <w:sz w:val="20"/>
        </w:rPr>
        <w:t>把源字段映射到项目、财务、租赁物、征信、增信和还款等标准字段。</w:t>
      </w:r>
    </w:p>
    <w:p>
      <w:pPr>
        <w:pStyle w:val="ListNumber"/>
        <w:spacing w:after="100" w:line="300" w:lineRule="auto"/>
      </w:pPr>
      <w:r>
        <w:rPr>
          <w:rFonts w:ascii="Microsoft YaHei" w:hAnsi="Microsoft YaHei" w:eastAsia="Microsoft YaHei"/>
          <w:b/>
          <w:color w:val="000000"/>
          <w:sz w:val="20"/>
        </w:rPr>
        <w:t xml:space="preserve">测试版本  </w:t>
      </w:r>
      <w:r>
        <w:rPr>
          <w:rFonts w:ascii="Microsoft YaHei" w:hAnsi="Microsoft YaHei" w:eastAsia="Microsoft YaHei"/>
          <w:color w:val="000000"/>
          <w:sz w:val="20"/>
        </w:rPr>
        <w:t>用授权项目测试已保存版本，确认行数、口径和来源定位。</w:t>
      </w:r>
    </w:p>
    <w:p>
      <w:pPr>
        <w:pStyle w:val="Heading2"/>
        <w:keepNext/>
        <w:pageBreakBefore w:val="0"/>
      </w:pPr>
      <w:r>
        <w:rPr>
          <w:rFonts w:ascii="Microsoft YaHei" w:hAnsi="Microsoft YaHei" w:eastAsia="Microsoft YaHei"/>
          <w:b/>
          <w:color w:val="000000"/>
          <w:sz w:val="28"/>
        </w:rPr>
        <w:t>7.3 Skills能力库</w:t>
      </w:r>
    </w:p>
    <w:p>
      <w:pPr>
        <w:pStyle w:val="BodyText"/>
        <w:spacing w:after="120" w:line="312" w:lineRule="auto"/>
      </w:pPr>
      <w:r>
        <w:rPr>
          <w:rFonts w:ascii="Microsoft YaHei" w:hAnsi="Microsoft YaHei" w:eastAsia="Microsoft YaHei"/>
          <w:color w:val="000000"/>
          <w:sz w:val="21"/>
        </w:rPr>
        <w:t>Skills定义如何检查项目事实。确定性Skill用于必填、比对、重复和比率计算；模型Skill通过mini-openclaw读取受控快照和方法文件。系统不接受上传任意Python或Shell脚本。</w:t>
      </w:r>
    </w:p>
    <w:p>
      <w:pPr>
        <w:pStyle w:val="ListBullet"/>
        <w:spacing w:after="60" w:line="293" w:lineRule="auto"/>
      </w:pPr>
      <w:r>
        <w:rPr>
          <w:rFonts w:ascii="Microsoft YaHei" w:hAnsi="Microsoft YaHei" w:eastAsia="Microsoft YaHei"/>
          <w:color w:val="000000"/>
          <w:sz w:val="20"/>
        </w:rPr>
        <w:t>可从本地文件夹导入一个或多个SKILL.md。系统只读取SKILL.md，不执行目录中的脚本。</w:t>
      </w:r>
    </w:p>
    <w:p>
      <w:pPr>
        <w:pStyle w:val="ListBullet"/>
        <w:spacing w:after="60" w:line="293" w:lineRule="auto"/>
      </w:pPr>
      <w:r>
        <w:rPr>
          <w:rFonts w:ascii="Microsoft YaHei" w:hAnsi="Microsoft YaHei" w:eastAsia="Microsoft YaHei"/>
          <w:color w:val="000000"/>
          <w:sz w:val="20"/>
        </w:rPr>
        <w:t>演示预览导入后可直接发布；正式环境导入为草稿，需要独立审核。</w:t>
      </w:r>
    </w:p>
    <w:p>
      <w:pPr>
        <w:pStyle w:val="ListBullet"/>
        <w:spacing w:after="60" w:line="293" w:lineRule="auto"/>
      </w:pPr>
      <w:r>
        <w:rPr>
          <w:rFonts w:ascii="Microsoft YaHei" w:hAnsi="Microsoft YaHei" w:eastAsia="Microsoft YaHei"/>
          <w:color w:val="000000"/>
          <w:sz w:val="20"/>
        </w:rPr>
        <w:t>原生Skill文件、版本和内容哈希随运行冻结，后续修改不影响历史运行。</w:t>
      </w:r>
    </w:p>
    <w:p>
      <w:pPr>
        <w:pStyle w:val="Heading2"/>
        <w:keepNext/>
        <w:pageBreakBefore w:val="0"/>
      </w:pPr>
      <w:r>
        <w:rPr>
          <w:rFonts w:ascii="Microsoft YaHei" w:hAnsi="Microsoft YaHei" w:eastAsia="Microsoft YaHei"/>
          <w:b/>
          <w:color w:val="000000"/>
          <w:sz w:val="28"/>
        </w:rPr>
        <w:t>7.4 规则集 方案和报告模板</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31"/>
        <w:gridCol w:w="3331"/>
        <w:gridCol w:w="3331"/>
      </w:tblGrid>
      <w:tr>
        <w:trPr>
          <w:tblHeader w:val="true"/>
          <w:cantSplit/>
        </w:trPr>
        <w:tc>
          <w:tcPr>
            <w:tcW w:type="dxa" w:w="1728"/>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组件</w:t>
            </w:r>
          </w:p>
        </w:tc>
        <w:tc>
          <w:tcPr>
            <w:tcW w:type="dxa" w:w="4608"/>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配置内容</w:t>
            </w:r>
          </w:p>
        </w:tc>
        <w:tc>
          <w:tcPr>
            <w:tcW w:type="dxa" w:w="3528"/>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业务作用</w:t>
            </w:r>
          </w:p>
        </w:tc>
      </w:tr>
      <w:tr>
        <w:trPr>
          <w:cantSplit/>
        </w:trPr>
        <w:tc>
          <w:tcPr>
            <w:tcW w:type="dxa" w:w="1728"/>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规则集</w:t>
            </w:r>
          </w:p>
        </w:tc>
        <w:tc>
          <w:tcPr>
            <w:tcW w:type="dxa" w:w="460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标准字段 条件 运算符 阈值 标题和建议动作</w:t>
            </w:r>
          </w:p>
        </w:tc>
        <w:tc>
          <w:tcPr>
            <w:tcW w:type="dxa" w:w="352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执行确定性制度检查</w:t>
            </w:r>
          </w:p>
        </w:tc>
      </w:tr>
      <w:tr>
        <w:trPr>
          <w:cantSplit/>
        </w:trPr>
        <w:tc>
          <w:tcPr>
            <w:tcW w:type="dxa" w:w="1728"/>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8"/>
              </w:rPr>
              <w:t>研判方案</w:t>
            </w:r>
          </w:p>
        </w:tc>
        <w:tc>
          <w:tcPr>
            <w:tcW w:type="dxa" w:w="460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数据卡 Skills 规则集 模板 角色和运行预算</w:t>
            </w:r>
          </w:p>
        </w:tc>
        <w:tc>
          <w:tcPr>
            <w:tcW w:type="dxa" w:w="352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形成业务人员的一键运行入口</w:t>
            </w:r>
          </w:p>
        </w:tc>
      </w:tr>
      <w:tr>
        <w:trPr>
          <w:cantSplit/>
        </w:trPr>
        <w:tc>
          <w:tcPr>
            <w:tcW w:type="dxa" w:w="1728"/>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报告模板</w:t>
            </w:r>
          </w:p>
        </w:tc>
        <w:tc>
          <w:tcPr>
            <w:tcW w:type="dxa" w:w="460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固定章节 依赖字段和适用角色</w:t>
            </w:r>
          </w:p>
        </w:tc>
        <w:tc>
          <w:tcPr>
            <w:tcW w:type="dxa" w:w="352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决定报告结构 不改变业务事实</w:t>
            </w:r>
          </w:p>
        </w:tc>
      </w:tr>
    </w:tbl>
    <w:p>
      <w:pPr>
        <w:spacing w:after="40"/>
      </w:pPr>
    </w:p>
    <w:p>
      <w:pPr>
        <w:pStyle w:val="Heading2"/>
        <w:keepNext/>
        <w:pageBreakBefore w:val="0"/>
      </w:pPr>
      <w:r>
        <w:rPr>
          <w:rFonts w:ascii="Microsoft YaHei" w:hAnsi="Microsoft YaHei" w:eastAsia="Microsoft YaHei"/>
          <w:b/>
          <w:color w:val="000000"/>
          <w:sz w:val="28"/>
        </w:rPr>
        <w:t>7.5 模型与运行配置</w:t>
      </w:r>
    </w:p>
    <w:p>
      <w:pPr>
        <w:pStyle w:val="BodyText"/>
        <w:spacing w:after="120" w:line="312" w:lineRule="auto"/>
      </w:pPr>
      <w:r>
        <w:rPr>
          <w:rFonts w:ascii="Microsoft YaHei" w:hAnsi="Microsoft YaHei" w:eastAsia="Microsoft YaHei"/>
          <w:color w:val="000000"/>
          <w:sz w:val="21"/>
        </w:rPr>
        <w:t>当前演示部署通过服务器环境变量配置内网模型URL、模型名称和Key，页面不展示明文Key。模型只能访问当前任务允许的项目快照、材料、程序检查、方法和经验，不提供SQL、终端或外部写入工具。未配置模型时，模型步骤明确失败，已完成的确定性结果继续保留。</w:t>
      </w:r>
    </w:p>
    <w:p>
      <w:pPr>
        <w:pStyle w:val="Heading2"/>
        <w:keepNext/>
        <w:pageBreakBefore w:val="0"/>
      </w:pPr>
      <w:r>
        <w:rPr>
          <w:rFonts w:ascii="Microsoft YaHei" w:hAnsi="Microsoft YaHei" w:eastAsia="Microsoft YaHei"/>
          <w:b/>
          <w:color w:val="000000"/>
          <w:sz w:val="28"/>
        </w:rPr>
        <w:t>7.6 发布和回退</w:t>
      </w:r>
    </w:p>
    <w:p>
      <w:pPr>
        <w:pStyle w:val="ListNumber"/>
        <w:spacing w:after="100" w:line="300" w:lineRule="auto"/>
      </w:pPr>
      <w:r>
        <w:rPr>
          <w:rFonts w:ascii="Microsoft YaHei" w:hAnsi="Microsoft YaHei" w:eastAsia="Microsoft YaHei"/>
          <w:b/>
          <w:color w:val="000000"/>
          <w:sz w:val="20"/>
        </w:rPr>
        <w:t xml:space="preserve">保存草稿  </w:t>
      </w:r>
      <w:r>
        <w:rPr>
          <w:rFonts w:ascii="Microsoft YaHei" w:hAnsi="Microsoft YaHei" w:eastAsia="Microsoft YaHei"/>
          <w:color w:val="000000"/>
          <w:sz w:val="20"/>
        </w:rPr>
        <w:t>新建或修改组件时先保存草稿，不影响已发布版本。</w:t>
      </w:r>
    </w:p>
    <w:p>
      <w:pPr>
        <w:pStyle w:val="ListNumber"/>
        <w:spacing w:after="100" w:line="300" w:lineRule="auto"/>
      </w:pPr>
      <w:r>
        <w:rPr>
          <w:rFonts w:ascii="Microsoft YaHei" w:hAnsi="Microsoft YaHei" w:eastAsia="Microsoft YaHei"/>
          <w:b/>
          <w:color w:val="000000"/>
          <w:sz w:val="20"/>
        </w:rPr>
        <w:t xml:space="preserve">依赖检查  </w:t>
      </w:r>
      <w:r>
        <w:rPr>
          <w:rFonts w:ascii="Microsoft YaHei" w:hAnsi="Microsoft YaHei" w:eastAsia="Microsoft YaHei"/>
          <w:color w:val="000000"/>
          <w:sz w:val="20"/>
        </w:rPr>
        <w:t>确认Skill输入由数据卡提供，方案引用的组件均已发布。</w:t>
      </w:r>
    </w:p>
    <w:p>
      <w:pPr>
        <w:pStyle w:val="ListNumber"/>
        <w:spacing w:after="100" w:line="300" w:lineRule="auto"/>
      </w:pPr>
      <w:r>
        <w:rPr>
          <w:rFonts w:ascii="Microsoft YaHei" w:hAnsi="Microsoft YaHei" w:eastAsia="Microsoft YaHei"/>
          <w:b/>
          <w:color w:val="000000"/>
          <w:sz w:val="20"/>
        </w:rPr>
        <w:t xml:space="preserve">隔离评测  </w:t>
      </w:r>
      <w:r>
        <w:rPr>
          <w:rFonts w:ascii="Microsoft YaHei" w:hAnsi="Microsoft YaHei" w:eastAsia="Microsoft YaHei"/>
          <w:color w:val="000000"/>
          <w:sz w:val="20"/>
        </w:rPr>
        <w:t>使用正例和反例验证候选版本，不用生产项目直接试错。</w:t>
      </w:r>
    </w:p>
    <w:p>
      <w:pPr>
        <w:pStyle w:val="ListNumber"/>
        <w:spacing w:after="100" w:line="300" w:lineRule="auto"/>
      </w:pPr>
      <w:r>
        <w:rPr>
          <w:rFonts w:ascii="Microsoft YaHei" w:hAnsi="Microsoft YaHei" w:eastAsia="Microsoft YaHei"/>
          <w:b/>
          <w:color w:val="000000"/>
          <w:sz w:val="20"/>
        </w:rPr>
        <w:t xml:space="preserve">独立审核  </w:t>
      </w:r>
      <w:r>
        <w:rPr>
          <w:rFonts w:ascii="Microsoft YaHei" w:hAnsi="Microsoft YaHei" w:eastAsia="Microsoft YaHei"/>
          <w:color w:val="000000"/>
          <w:sz w:val="20"/>
        </w:rPr>
        <w:t>正式环境由不同人员审核后发布。</w:t>
      </w:r>
    </w:p>
    <w:p>
      <w:pPr>
        <w:pStyle w:val="ListNumber"/>
        <w:spacing w:after="100" w:line="300" w:lineRule="auto"/>
      </w:pPr>
      <w:r>
        <w:rPr>
          <w:rFonts w:ascii="Microsoft YaHei" w:hAnsi="Microsoft YaHei" w:eastAsia="Microsoft YaHei"/>
          <w:b/>
          <w:color w:val="000000"/>
          <w:sz w:val="20"/>
        </w:rPr>
        <w:t xml:space="preserve">归档或回退  </w:t>
      </w:r>
      <w:r>
        <w:rPr>
          <w:rFonts w:ascii="Microsoft YaHei" w:hAnsi="Microsoft YaHei" w:eastAsia="Microsoft YaHei"/>
          <w:color w:val="000000"/>
          <w:sz w:val="20"/>
        </w:rPr>
        <w:t>停止新任务使用该版本，历史运行仍能读取被冻结版本。</w:t>
      </w:r>
    </w:p>
    <w:p>
      <w:pPr>
        <w:pStyle w:val="Heading1"/>
        <w:keepNext/>
        <w:pageBreakBefore/>
      </w:pPr>
      <w:r>
        <w:rPr>
          <w:rFonts w:ascii="Microsoft YaHei" w:hAnsi="Microsoft YaHei" w:eastAsia="Microsoft YaHei"/>
          <w:b/>
          <w:color w:val="000000"/>
          <w:sz w:val="36"/>
        </w:rPr>
        <w:t>8 数据和结果可追溯</w:t>
      </w:r>
    </w:p>
    <w:p>
      <w:pPr>
        <w:pStyle w:val="BodyText"/>
        <w:spacing w:after="120" w:line="312" w:lineRule="auto"/>
      </w:pPr>
      <w:r>
        <w:rPr>
          <w:rFonts w:ascii="Microsoft YaHei" w:hAnsi="Microsoft YaHei" w:eastAsia="Microsoft YaHei"/>
          <w:color w:val="000000"/>
          <w:sz w:val="21"/>
        </w:rPr>
        <w:t>可追溯不是在页面末尾附一个技术编号，而是让每个业务结论都能沿同一条链回到输入和人工决定。系统在运行排队时冻结配置，在完成时保存结果快照，并把问题、报告和评审结论连接到对应运行。</w:t>
      </w:r>
    </w:p>
    <w:tbl>
      <w:tblPr>
        <w:tblW w:type="auto" w:w="0"/>
        <w:jc w:val="center"/>
        <w:tblLayout w:type="fixed"/>
        <w:tblLook w:firstColumn="1" w:firstRow="1" w:lastColumn="0" w:lastRow="0" w:noHBand="0" w:noVBand="1" w:val="04A0"/>
        <w:tblBorders>
          <w:top w:val="single" w:sz="5" w:color="C7D6CF"/>
          <w:left w:val="single" w:sz="5" w:color="C7D6CF"/>
          <w:bottom w:val="single" w:sz="5" w:color="C7D6CF"/>
          <w:right w:val="single" w:sz="5" w:color="C7D6CF"/>
          <w:insideH w:val="single" w:sz="5" w:color="C7D6CF"/>
          <w:insideV w:val="single" w:sz="5" w:color="C7D6CF"/>
        </w:tblBorders>
      </w:tblPr>
      <w:tblGrid>
        <w:gridCol w:w="1666"/>
        <w:gridCol w:w="1666"/>
        <w:gridCol w:w="1666"/>
        <w:gridCol w:w="1666"/>
        <w:gridCol w:w="1666"/>
        <w:gridCol w:w="1666"/>
      </w:tblGrid>
      <w:tr>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1</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2</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3</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4</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5</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6</w:t>
            </w:r>
          </w:p>
        </w:tc>
      </w:tr>
      <w:tr>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原始材料</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数据卡字段</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冻结快照</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Skill和规则</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AI或机器结果</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人工结论和报告</w:t>
            </w:r>
          </w:p>
        </w:tc>
      </w:tr>
    </w:tbl>
    <w:p>
      <w:pPr>
        <w:spacing w:after="20"/>
      </w:pPr>
    </w:p>
    <w:p>
      <w:pPr>
        <w:pStyle w:val="Heading2"/>
        <w:keepNext/>
        <w:pageBreakBefore w:val="0"/>
      </w:pPr>
      <w:r>
        <w:rPr>
          <w:rFonts w:ascii="Microsoft YaHei" w:hAnsi="Microsoft YaHei" w:eastAsia="Microsoft YaHei"/>
          <w:b/>
          <w:color w:val="000000"/>
          <w:sz w:val="28"/>
        </w:rPr>
        <w:t>8.1 追溯对象</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31"/>
        <w:gridCol w:w="3331"/>
        <w:gridCol w:w="3331"/>
      </w:tblGrid>
      <w:tr>
        <w:trPr>
          <w:tblHeader w:val="true"/>
          <w:cantSplit/>
        </w:trPr>
        <w:tc>
          <w:tcPr>
            <w:tcW w:type="dxa" w:w="1728"/>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对象</w:t>
            </w:r>
          </w:p>
        </w:tc>
        <w:tc>
          <w:tcPr>
            <w:tcW w:type="dxa" w:w="4536"/>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保留内容</w:t>
            </w:r>
          </w:p>
        </w:tc>
        <w:tc>
          <w:tcPr>
            <w:tcW w:type="dxa" w:w="3888"/>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用户如何查看</w:t>
            </w:r>
          </w:p>
        </w:tc>
      </w:tr>
      <w:tr>
        <w:trPr>
          <w:cantSplit/>
        </w:trPr>
        <w:tc>
          <w:tcPr>
            <w:tcW w:type="dxa" w:w="1728"/>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材料</w:t>
            </w:r>
          </w:p>
        </w:tc>
        <w:tc>
          <w:tcPr>
            <w:tcW w:type="dxa" w:w="453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文件版本 内容哈希 解析状态和定位</w:t>
            </w:r>
          </w:p>
        </w:tc>
        <w:tc>
          <w:tcPr>
            <w:tcW w:type="dxa" w:w="388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材料与问题页查看解析或下载原件</w:t>
            </w:r>
          </w:p>
        </w:tc>
      </w:tr>
      <w:tr>
        <w:trPr>
          <w:cantSplit/>
        </w:trPr>
        <w:tc>
          <w:tcPr>
            <w:tcW w:type="dxa" w:w="1728"/>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数据字段</w:t>
            </w:r>
          </w:p>
        </w:tc>
        <w:tc>
          <w:tcPr>
            <w:tcW w:type="dxa" w:w="453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值 单位 期间 口径 来源和确认人</w:t>
            </w:r>
          </w:p>
        </w:tc>
        <w:tc>
          <w:tcPr>
            <w:tcW w:type="dxa" w:w="388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来源卡查看字段定位</w:t>
            </w:r>
          </w:p>
        </w:tc>
      </w:tr>
      <w:tr>
        <w:trPr>
          <w:cantSplit/>
        </w:trPr>
        <w:tc>
          <w:tcPr>
            <w:tcW w:type="dxa" w:w="1728"/>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运行</w:t>
            </w:r>
          </w:p>
        </w:tc>
        <w:tc>
          <w:tcPr>
            <w:tcW w:type="dxa" w:w="453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运行编号 状态 方案和组件版本</w:t>
            </w:r>
          </w:p>
        </w:tc>
        <w:tc>
          <w:tcPr>
            <w:tcW w:type="dxa" w:w="388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检查历史或时间轨迹</w:t>
            </w:r>
          </w:p>
        </w:tc>
      </w:tr>
      <w:tr>
        <w:trPr>
          <w:cantSplit/>
        </w:trPr>
        <w:tc>
          <w:tcPr>
            <w:tcW w:type="dxa" w:w="1728"/>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问题</w:t>
            </w:r>
          </w:p>
        </w:tc>
        <w:tc>
          <w:tcPr>
            <w:tcW w:type="dxa" w:w="453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问题码 证据 规则 建议和状态历史</w:t>
            </w:r>
          </w:p>
        </w:tc>
        <w:tc>
          <w:tcPr>
            <w:tcW w:type="dxa" w:w="388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问题卡和技术追溯</w:t>
            </w:r>
          </w:p>
        </w:tc>
      </w:tr>
      <w:tr>
        <w:trPr>
          <w:cantSplit/>
        </w:trPr>
        <w:tc>
          <w:tcPr>
            <w:tcW w:type="dxa" w:w="1728"/>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评审决定</w:t>
            </w:r>
          </w:p>
        </w:tc>
        <w:tc>
          <w:tcPr>
            <w:tcW w:type="dxa" w:w="453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节点 结论 意见 评审员 时间和证据引用</w:t>
            </w:r>
          </w:p>
        </w:tc>
        <w:tc>
          <w:tcPr>
            <w:tcW w:type="dxa" w:w="388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全链路评审和报告</w:t>
            </w:r>
          </w:p>
        </w:tc>
      </w:tr>
      <w:tr>
        <w:trPr>
          <w:cantSplit/>
        </w:trPr>
        <w:tc>
          <w:tcPr>
            <w:tcW w:type="dxa" w:w="1728"/>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报告</w:t>
            </w:r>
          </w:p>
        </w:tc>
        <w:tc>
          <w:tcPr>
            <w:tcW w:type="dxa" w:w="453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模板版本 来源快照 章节和锁定状态</w:t>
            </w:r>
          </w:p>
        </w:tc>
        <w:tc>
          <w:tcPr>
            <w:tcW w:type="dxa" w:w="388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报告页打开历史版本或导出</w:t>
            </w:r>
          </w:p>
        </w:tc>
      </w:tr>
    </w:tbl>
    <w:p>
      <w:pPr>
        <w:spacing w:after="40"/>
      </w:pPr>
    </w:p>
    <w:p>
      <w:pPr>
        <w:pStyle w:val="Heading2"/>
        <w:keepNext/>
        <w:pageBreakBefore w:val="0"/>
      </w:pPr>
      <w:r>
        <w:rPr>
          <w:rFonts w:ascii="Microsoft YaHei" w:hAnsi="Microsoft YaHei" w:eastAsia="Microsoft YaHei"/>
          <w:b/>
          <w:color w:val="000000"/>
          <w:sz w:val="28"/>
        </w:rPr>
        <w:t>8.2 版本规则</w:t>
      </w:r>
    </w:p>
    <w:p>
      <w:pPr>
        <w:pStyle w:val="ListBullet"/>
        <w:spacing w:after="60" w:line="293" w:lineRule="auto"/>
      </w:pPr>
      <w:r>
        <w:rPr>
          <w:rFonts w:ascii="Microsoft YaHei" w:hAnsi="Microsoft YaHei" w:eastAsia="Microsoft YaHei"/>
          <w:color w:val="000000"/>
          <w:sz w:val="20"/>
        </w:rPr>
        <w:t>已发布组件不允许原地覆盖，新配置使用新版本号。</w:t>
      </w:r>
    </w:p>
    <w:p>
      <w:pPr>
        <w:pStyle w:val="ListBullet"/>
        <w:spacing w:after="60" w:line="293" w:lineRule="auto"/>
      </w:pPr>
      <w:r>
        <w:rPr>
          <w:rFonts w:ascii="Microsoft YaHei" w:hAnsi="Microsoft YaHei" w:eastAsia="Microsoft YaHei"/>
          <w:color w:val="000000"/>
          <w:sz w:val="20"/>
        </w:rPr>
        <w:t>已排队运行继续使用排队时冻结的版本，不受后续配置修改影响。</w:t>
      </w:r>
    </w:p>
    <w:p>
      <w:pPr>
        <w:pStyle w:val="ListBullet"/>
        <w:spacing w:after="60" w:line="293" w:lineRule="auto"/>
      </w:pPr>
      <w:r>
        <w:rPr>
          <w:rFonts w:ascii="Microsoft YaHei" w:hAnsi="Microsoft YaHei" w:eastAsia="Microsoft YaHei"/>
          <w:color w:val="000000"/>
          <w:sz w:val="20"/>
        </w:rPr>
        <w:t>补件形成新的数据版本，旧材料、旧字段值和旧问题历史仍保留。</w:t>
      </w:r>
    </w:p>
    <w:p>
      <w:pPr>
        <w:pStyle w:val="ListBullet"/>
        <w:spacing w:after="60" w:line="293" w:lineRule="auto"/>
      </w:pPr>
      <w:r>
        <w:rPr>
          <w:rFonts w:ascii="Microsoft YaHei" w:hAnsi="Microsoft YaHei" w:eastAsia="Microsoft YaHei"/>
          <w:color w:val="000000"/>
          <w:sz w:val="20"/>
        </w:rPr>
        <w:t>报告确认和锁定后，重新生成只产生更新候选，不直接覆盖已确认正文。</w:t>
      </w:r>
    </w:p>
    <w:p>
      <w:pPr>
        <w:pStyle w:val="ListBullet"/>
        <w:spacing w:after="60" w:line="293" w:lineRule="auto"/>
      </w:pPr>
      <w:r>
        <w:rPr>
          <w:rFonts w:ascii="Microsoft YaHei" w:hAnsi="Microsoft YaHei" w:eastAsia="Microsoft YaHei"/>
          <w:color w:val="000000"/>
          <w:sz w:val="20"/>
        </w:rPr>
        <w:t>撤回和重新推送只改变评审池中的当前有效版本，不删除历史。</w:t>
      </w:r>
    </w:p>
    <w:p>
      <w:pPr>
        <w:pStyle w:val="Heading1"/>
        <w:keepNext/>
        <w:pageBreakBefore/>
      </w:pPr>
      <w:r>
        <w:rPr>
          <w:rFonts w:ascii="Microsoft YaHei" w:hAnsi="Microsoft YaHei" w:eastAsia="Microsoft YaHei"/>
          <w:b/>
          <w:color w:val="000000"/>
          <w:sz w:val="36"/>
        </w:rPr>
        <w:t>9 业务时效与过程监控</w:t>
      </w:r>
    </w:p>
    <w:p>
      <w:pPr>
        <w:pStyle w:val="BodyText"/>
        <w:spacing w:after="120" w:line="312" w:lineRule="auto"/>
      </w:pPr>
      <w:r>
        <w:rPr>
          <w:rFonts w:ascii="Microsoft YaHei" w:hAnsi="Microsoft YaHei" w:eastAsia="Microsoft YaHei"/>
          <w:color w:val="000000"/>
          <w:sz w:val="21"/>
        </w:rPr>
        <w:t>系统自动记录每个项目阶段的开始、结束、角色、来源对象和耗时。看板的重点是识别等待和人工闭环位置，不把外部等待算成人员处理时间，也不使用缺乏业务解释的个人排名。</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31"/>
        <w:gridCol w:w="3331"/>
        <w:gridCol w:w="3331"/>
      </w:tblGrid>
      <w:tr>
        <w:trPr>
          <w:tblHeader w:val="true"/>
          <w:cantSplit/>
        </w:trPr>
        <w:tc>
          <w:tcPr>
            <w:tcW w:type="dxa" w:w="180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时间类别</w:t>
            </w:r>
          </w:p>
        </w:tc>
        <w:tc>
          <w:tcPr>
            <w:tcW w:type="dxa" w:w="3816"/>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典型阶段</w:t>
            </w:r>
          </w:p>
        </w:tc>
        <w:tc>
          <w:tcPr>
            <w:tcW w:type="dxa" w:w="4248"/>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管理含义</w:t>
            </w:r>
          </w:p>
        </w:tc>
      </w:tr>
      <w:tr>
        <w:trPr>
          <w:cantSplit/>
        </w:trPr>
        <w:tc>
          <w:tcPr>
            <w:tcW w:type="dxa" w:w="1800"/>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人员处理</w:t>
            </w:r>
          </w:p>
        </w:tc>
        <w:tc>
          <w:tcPr>
            <w:tcW w:type="dxa" w:w="381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材料收集 报告整理 独立评审</w:t>
            </w:r>
          </w:p>
        </w:tc>
        <w:tc>
          <w:tcPr>
            <w:tcW w:type="dxa" w:w="424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实际办理投入</w:t>
            </w:r>
          </w:p>
        </w:tc>
      </w:tr>
      <w:tr>
        <w:trPr>
          <w:cantSplit/>
        </w:trPr>
        <w:tc>
          <w:tcPr>
            <w:tcW w:type="dxa" w:w="1800"/>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8"/>
              </w:rPr>
              <w:t>排队等待</w:t>
            </w:r>
          </w:p>
        </w:tc>
        <w:tc>
          <w:tcPr>
            <w:tcW w:type="dxa" w:w="381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提交后等待评审员领取</w:t>
            </w:r>
          </w:p>
        </w:tc>
        <w:tc>
          <w:tcPr>
            <w:tcW w:type="dxa" w:w="424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人员配置和优先级问题</w:t>
            </w:r>
          </w:p>
        </w:tc>
      </w:tr>
      <w:tr>
        <w:trPr>
          <w:cantSplit/>
        </w:trPr>
        <w:tc>
          <w:tcPr>
            <w:tcW w:type="dxa" w:w="1800"/>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外部等待</w:t>
            </w:r>
          </w:p>
        </w:tc>
        <w:tc>
          <w:tcPr>
            <w:tcW w:type="dxa" w:w="381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等待客户补件或第三方材料</w:t>
            </w:r>
          </w:p>
        </w:tc>
        <w:tc>
          <w:tcPr>
            <w:tcW w:type="dxa" w:w="424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外部依赖和沟通效率</w:t>
            </w:r>
          </w:p>
        </w:tc>
      </w:tr>
      <w:tr>
        <w:trPr>
          <w:cantSplit/>
        </w:trPr>
        <w:tc>
          <w:tcPr>
            <w:tcW w:type="dxa" w:w="1800"/>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8"/>
              </w:rPr>
              <w:t>系统执行</w:t>
            </w:r>
          </w:p>
        </w:tc>
        <w:tc>
          <w:tcPr>
            <w:tcW w:type="dxa" w:w="381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AI预审 数据卡读取和规则运行</w:t>
            </w:r>
          </w:p>
        </w:tc>
        <w:tc>
          <w:tcPr>
            <w:tcW w:type="dxa" w:w="424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系统性能和运行稳定性</w:t>
            </w:r>
          </w:p>
        </w:tc>
      </w:tr>
    </w:tbl>
    <w:p>
      <w:pPr>
        <w:spacing w:after="40"/>
      </w:pPr>
    </w:p>
    <w:p>
      <w:pPr>
        <w:pStyle w:val="Heading2"/>
        <w:keepNext/>
        <w:pageBreakBefore w:val="0"/>
      </w:pPr>
      <w:r>
        <w:rPr>
          <w:rFonts w:ascii="Microsoft YaHei" w:hAnsi="Microsoft YaHei" w:eastAsia="Microsoft YaHei"/>
          <w:b/>
          <w:color w:val="000000"/>
          <w:sz w:val="28"/>
        </w:rPr>
        <w:t>9.1 看板指标</w:t>
      </w:r>
    </w:p>
    <w:p>
      <w:pPr>
        <w:pStyle w:val="ListBullet"/>
        <w:spacing w:after="60" w:line="293" w:lineRule="auto"/>
      </w:pPr>
      <w:r>
        <w:rPr>
          <w:rFonts w:ascii="Microsoft YaHei" w:hAnsi="Microsoft YaHei" w:eastAsia="Microsoft YaHei"/>
          <w:color w:val="000000"/>
          <w:sz w:val="20"/>
        </w:rPr>
        <w:t>纳入项目数只统计当前身份授权范围。</w:t>
      </w:r>
    </w:p>
    <w:p>
      <w:pPr>
        <w:pStyle w:val="ListBullet"/>
        <w:spacing w:after="60" w:line="293" w:lineRule="auto"/>
      </w:pPr>
      <w:r>
        <w:rPr>
          <w:rFonts w:ascii="Microsoft YaHei" w:hAnsi="Microsoft YaHei" w:eastAsia="Microsoft YaHei"/>
          <w:color w:val="000000"/>
          <w:sz w:val="20"/>
        </w:rPr>
        <w:t>中位业务周期减少极端项目对平均值的干扰。</w:t>
      </w:r>
    </w:p>
    <w:p>
      <w:pPr>
        <w:pStyle w:val="ListBullet"/>
        <w:spacing w:after="60" w:line="293" w:lineRule="auto"/>
      </w:pPr>
      <w:r>
        <w:rPr>
          <w:rFonts w:ascii="Microsoft YaHei" w:hAnsi="Microsoft YaHei" w:eastAsia="Microsoft YaHei"/>
          <w:color w:val="000000"/>
          <w:sz w:val="20"/>
        </w:rPr>
        <w:t>阶段耗时分布显示累计耗时、发生次数和单次平均耗时。</w:t>
      </w:r>
    </w:p>
    <w:p>
      <w:pPr>
        <w:pStyle w:val="ListBullet"/>
        <w:spacing w:after="60" w:line="293" w:lineRule="auto"/>
      </w:pPr>
      <w:r>
        <w:rPr>
          <w:rFonts w:ascii="Microsoft YaHei" w:hAnsi="Microsoft YaHei" w:eastAsia="Microsoft YaHei"/>
          <w:color w:val="000000"/>
          <w:sz w:val="20"/>
        </w:rPr>
        <w:t>项目时间轴可以直接跳回项目完整业务记录。</w:t>
      </w:r>
    </w:p>
    <w:p>
      <w:pPr>
        <w:pStyle w:val="ListBullet"/>
        <w:spacing w:after="60" w:line="293" w:lineRule="auto"/>
      </w:pPr>
      <w:r>
        <w:rPr>
          <w:rFonts w:ascii="Microsoft YaHei" w:hAnsi="Microsoft YaHei" w:eastAsia="Microsoft YaHei"/>
          <w:color w:val="000000"/>
          <w:sz w:val="20"/>
        </w:rPr>
        <w:t>管理员可以切换全部角色、客户经理或评审员统计范围。</w:t>
      </w:r>
    </w:p>
    <w:p>
      <w:pPr>
        <w:pStyle w:val="Heading2"/>
        <w:keepNext/>
        <w:pageBreakBefore w:val="0"/>
      </w:pPr>
      <w:r>
        <w:rPr>
          <w:rFonts w:ascii="Microsoft YaHei" w:hAnsi="Microsoft YaHei" w:eastAsia="Microsoft YaHei"/>
          <w:b/>
          <w:color w:val="000000"/>
          <w:sz w:val="28"/>
        </w:rPr>
        <w:t>9.2 统一时间源</w:t>
      </w:r>
    </w:p>
    <w:p>
      <w:pPr>
        <w:pStyle w:val="BodyText"/>
        <w:spacing w:after="120" w:line="312" w:lineRule="auto"/>
      </w:pPr>
      <w:r>
        <w:rPr>
          <w:rFonts w:ascii="Microsoft YaHei" w:hAnsi="Microsoft YaHei" w:eastAsia="Microsoft YaHei"/>
          <w:color w:val="000000"/>
          <w:sz w:val="21"/>
        </w:rPr>
        <w:t>客户经理提交时间、评审池等待时间和评审员卡片中的收件时间来自同一提交事件。评审员领取后，排队计时结束，独立评审办理开始。退回、批准、撤回和重新推送均产生新的时间与审计事件。</w:t>
      </w:r>
    </w:p>
    <w:p>
      <w:pPr>
        <w:pStyle w:val="Heading1"/>
        <w:keepNext/>
        <w:pageBreakBefore/>
      </w:pPr>
      <w:r>
        <w:rPr>
          <w:rFonts w:ascii="Microsoft YaHei" w:hAnsi="Microsoft YaHei" w:eastAsia="Microsoft YaHei"/>
          <w:b/>
          <w:color w:val="000000"/>
          <w:sz w:val="36"/>
        </w:rPr>
        <w:t>10 报告 经验和评审闭环</w:t>
      </w:r>
    </w:p>
    <w:p>
      <w:pPr>
        <w:pStyle w:val="Heading2"/>
        <w:keepNext/>
        <w:pageBreakBefore w:val="0"/>
      </w:pPr>
      <w:r>
        <w:rPr>
          <w:rFonts w:ascii="Microsoft YaHei" w:hAnsi="Microsoft YaHei" w:eastAsia="Microsoft YaHei"/>
          <w:b/>
          <w:color w:val="000000"/>
          <w:sz w:val="28"/>
        </w:rPr>
        <w:t>10.1 三类报告</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498"/>
        <w:gridCol w:w="2498"/>
        <w:gridCol w:w="2498"/>
        <w:gridCol w:w="2498"/>
      </w:tblGrid>
      <w:tr>
        <w:trPr>
          <w:tblHeader w:val="true"/>
          <w:cantSplit/>
        </w:trPr>
        <w:tc>
          <w:tcPr>
            <w:tcW w:type="dxa" w:w="180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报告</w:t>
            </w:r>
          </w:p>
        </w:tc>
        <w:tc>
          <w:tcPr>
            <w:tcW w:type="dxa" w:w="144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编制角色</w:t>
            </w:r>
          </w:p>
        </w:tc>
        <w:tc>
          <w:tcPr>
            <w:tcW w:type="dxa" w:w="4824"/>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主要章节</w:t>
            </w:r>
          </w:p>
        </w:tc>
        <w:tc>
          <w:tcPr>
            <w:tcW w:type="dxa" w:w="180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用途</w:t>
            </w:r>
          </w:p>
        </w:tc>
      </w:tr>
      <w:tr>
        <w:trPr>
          <w:cantSplit/>
        </w:trPr>
        <w:tc>
          <w:tcPr>
            <w:tcW w:type="dxa" w:w="1800"/>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AI预审报告</w:t>
            </w:r>
          </w:p>
        </w:tc>
        <w:tc>
          <w:tcPr>
            <w:tcW w:type="dxa" w:w="144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客户经理</w:t>
            </w:r>
          </w:p>
        </w:tc>
        <w:tc>
          <w:tcPr>
            <w:tcW w:type="dxa" w:w="4824"/>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项目概况 资料完整性 财务风险 客户经理说明 提交建议</w:t>
            </w:r>
          </w:p>
        </w:tc>
        <w:tc>
          <w:tcPr>
            <w:tcW w:type="dxa" w:w="180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正式送审前自查和材料整理</w:t>
            </w:r>
          </w:p>
        </w:tc>
      </w:tr>
      <w:tr>
        <w:trPr>
          <w:cantSplit/>
        </w:trPr>
        <w:tc>
          <w:tcPr>
            <w:tcW w:type="dxa" w:w="1800"/>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独立评审报告</w:t>
            </w:r>
          </w:p>
        </w:tc>
        <w:tc>
          <w:tcPr>
            <w:tcW w:type="dxa" w:w="144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评审员</w:t>
            </w:r>
          </w:p>
        </w:tc>
        <w:tc>
          <w:tcPr>
            <w:tcW w:type="dxa" w:w="4824"/>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项目授信 数据复核 财务偿债 增信 风险分歧 独立意见</w:t>
            </w:r>
          </w:p>
        </w:tc>
        <w:tc>
          <w:tcPr>
            <w:tcW w:type="dxa" w:w="180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形成可追溯的专业评审记录</w:t>
            </w:r>
          </w:p>
        </w:tc>
      </w:tr>
      <w:tr>
        <w:trPr>
          <w:cantSplit/>
        </w:trPr>
        <w:tc>
          <w:tcPr>
            <w:tcW w:type="dxa" w:w="1800"/>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上会审议摘要</w:t>
            </w:r>
          </w:p>
        </w:tc>
        <w:tc>
          <w:tcPr>
            <w:tcW w:type="dxa" w:w="144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评审员</w:t>
            </w:r>
          </w:p>
        </w:tc>
        <w:tc>
          <w:tcPr>
            <w:tcW w:type="dxa" w:w="4824"/>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项目摘要 核心风险 建议方案 待决策事项</w:t>
            </w:r>
          </w:p>
        </w:tc>
        <w:tc>
          <w:tcPr>
            <w:tcW w:type="dxa" w:w="180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集中呈现会议需要判断的事项</w:t>
            </w:r>
          </w:p>
        </w:tc>
      </w:tr>
    </w:tbl>
    <w:p>
      <w:pPr>
        <w:spacing w:after="40"/>
      </w:pPr>
    </w:p>
    <w:p>
      <w:pPr>
        <w:pStyle w:val="BodyText"/>
        <w:spacing w:after="120" w:line="312" w:lineRule="auto"/>
      </w:pPr>
      <w:r>
        <w:rPr>
          <w:rFonts w:ascii="Microsoft YaHei" w:hAnsi="Microsoft YaHei" w:eastAsia="Microsoft YaHei"/>
          <w:color w:val="000000"/>
          <w:sz w:val="21"/>
        </w:rPr>
        <w:t>报告模板决定章节和表达方式，但不产生新的业务事实。所有关键事实和风险来自报告引用的冻结运行。AI预审报告不作审批结论，独立评审报告保留评审员的专业判断和责任边界。</w:t>
      </w:r>
    </w:p>
    <w:p>
      <w:pPr>
        <w:pStyle w:val="Heading2"/>
        <w:keepNext/>
        <w:pageBreakBefore w:val="0"/>
      </w:pPr>
      <w:r>
        <w:rPr>
          <w:rFonts w:ascii="Microsoft YaHei" w:hAnsi="Microsoft YaHei" w:eastAsia="Microsoft YaHei"/>
          <w:b/>
          <w:color w:val="000000"/>
          <w:sz w:val="28"/>
        </w:rPr>
        <w:t>10.2 经验沉淀</w:t>
      </w:r>
    </w:p>
    <w:p>
      <w:pPr>
        <w:pStyle w:val="BodyText"/>
        <w:spacing w:after="120" w:line="312" w:lineRule="auto"/>
      </w:pPr>
      <w:r>
        <w:rPr>
          <w:rFonts w:ascii="Microsoft YaHei" w:hAnsi="Microsoft YaHei" w:eastAsia="Microsoft YaHei"/>
          <w:color w:val="000000"/>
          <w:sz w:val="21"/>
        </w:rPr>
        <w:t>评审员可以把实际纠正记录为专业反馈，再形成经验草稿。经验必须说明适用条件、建议动作和例外条件，经正反例评测和独立审核后才发布。已发布经验可以进入后续预审，但不会自动升级为公司正式规则。</w:t>
      </w:r>
    </w:p>
    <w:tbl>
      <w:tblPr>
        <w:tblW w:type="auto" w:w="0"/>
        <w:jc w:val="center"/>
        <w:tblLayout w:type="fixed"/>
        <w:tblLook w:firstColumn="1" w:firstRow="1" w:lastColumn="0" w:lastRow="0" w:noHBand="0" w:noVBand="1" w:val="04A0"/>
        <w:tblBorders>
          <w:top w:val="single" w:sz="5" w:color="C7D6CF"/>
          <w:left w:val="single" w:sz="5" w:color="C7D6CF"/>
          <w:bottom w:val="single" w:sz="5" w:color="C7D6CF"/>
          <w:right w:val="single" w:sz="5" w:color="C7D6CF"/>
          <w:insideH w:val="single" w:sz="5" w:color="C7D6CF"/>
          <w:insideV w:val="single" w:sz="5" w:color="C7D6CF"/>
        </w:tblBorders>
      </w:tblPr>
      <w:tblGrid>
        <w:gridCol w:w="1666"/>
        <w:gridCol w:w="1666"/>
        <w:gridCol w:w="1666"/>
        <w:gridCol w:w="1666"/>
        <w:gridCol w:w="1666"/>
        <w:gridCol w:w="1666"/>
      </w:tblGrid>
      <w:tr>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1</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2</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3</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4</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5</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6</w:t>
            </w:r>
          </w:p>
        </w:tc>
      </w:tr>
      <w:tr>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记录反馈</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提炼经验草稿</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补充适用和例外</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隔离评测</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独立审核发布</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后续运行应用</w:t>
            </w:r>
          </w:p>
        </w:tc>
      </w:tr>
    </w:tbl>
    <w:p>
      <w:pPr>
        <w:spacing w:after="20"/>
      </w:pPr>
    </w:p>
    <w:p>
      <w:pPr>
        <w:pStyle w:val="ListBullet"/>
        <w:spacing w:after="60" w:line="293" w:lineRule="auto"/>
      </w:pPr>
      <w:r>
        <w:rPr>
          <w:rFonts w:ascii="Microsoft YaHei" w:hAnsi="Microsoft YaHei" w:eastAsia="Microsoft YaHei"/>
          <w:color w:val="000000"/>
          <w:sz w:val="20"/>
        </w:rPr>
        <w:t>个人意见不会因为被保存一次就成为公司经验。</w:t>
      </w:r>
    </w:p>
    <w:p>
      <w:pPr>
        <w:pStyle w:val="ListBullet"/>
        <w:spacing w:after="60" w:line="293" w:lineRule="auto"/>
      </w:pPr>
      <w:r>
        <w:rPr>
          <w:rFonts w:ascii="Microsoft YaHei" w:hAnsi="Microsoft YaHei" w:eastAsia="Microsoft YaHei"/>
          <w:color w:val="000000"/>
          <w:sz w:val="20"/>
        </w:rPr>
        <w:t>表达修改、事实纠正和数据纠正不会自动生成规则。</w:t>
      </w:r>
    </w:p>
    <w:p>
      <w:pPr>
        <w:pStyle w:val="ListBullet"/>
        <w:spacing w:after="60" w:line="293" w:lineRule="auto"/>
      </w:pPr>
      <w:r>
        <w:rPr>
          <w:rFonts w:ascii="Microsoft YaHei" w:hAnsi="Microsoft YaHei" w:eastAsia="Microsoft YaHei"/>
          <w:color w:val="000000"/>
          <w:sz w:val="20"/>
        </w:rPr>
        <w:t>经验应用记录会写明经验版本、命中的检查和应用原因。</w:t>
      </w:r>
    </w:p>
    <w:p>
      <w:pPr>
        <w:pStyle w:val="ListBullet"/>
        <w:spacing w:after="60" w:line="293" w:lineRule="auto"/>
      </w:pPr>
      <w:r>
        <w:rPr>
          <w:rFonts w:ascii="Microsoft YaHei" w:hAnsi="Microsoft YaHei" w:eastAsia="Microsoft YaHei"/>
          <w:color w:val="000000"/>
          <w:sz w:val="20"/>
        </w:rPr>
        <w:t>经验可停用回退，历史运行仍保留当时实际使用的版本。</w:t>
      </w:r>
    </w:p>
    <w:p>
      <w:pPr>
        <w:pStyle w:val="Heading1"/>
        <w:keepNext/>
        <w:pageBreakBefore/>
      </w:pPr>
      <w:r>
        <w:rPr>
          <w:rFonts w:ascii="Microsoft YaHei" w:hAnsi="Microsoft YaHei" w:eastAsia="Microsoft YaHei"/>
          <w:b/>
          <w:color w:val="000000"/>
          <w:sz w:val="36"/>
        </w:rPr>
        <w:t>11 演示数据与完整演示流程</w:t>
      </w:r>
    </w:p>
    <w:p>
      <w:pPr>
        <w:pStyle w:val="Heading2"/>
        <w:keepNext/>
        <w:pageBreakBefore w:val="0"/>
      </w:pPr>
      <w:r>
        <w:rPr>
          <w:rFonts w:ascii="Microsoft YaHei" w:hAnsi="Microsoft YaHei" w:eastAsia="Microsoft YaHei"/>
          <w:b/>
          <w:color w:val="000000"/>
          <w:sz w:val="28"/>
        </w:rPr>
        <w:t>11.1 三个演示项目</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31"/>
        <w:gridCol w:w="3331"/>
        <w:gridCol w:w="3331"/>
      </w:tblGrid>
      <w:tr>
        <w:trPr>
          <w:tblHeader w:val="true"/>
          <w:cantSplit/>
        </w:trPr>
        <w:tc>
          <w:tcPr>
            <w:tcW w:type="dxa" w:w="2376"/>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项目</w:t>
            </w:r>
          </w:p>
        </w:tc>
        <w:tc>
          <w:tcPr>
            <w:tcW w:type="dxa" w:w="4536"/>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场景</w:t>
            </w:r>
          </w:p>
        </w:tc>
        <w:tc>
          <w:tcPr>
            <w:tcW w:type="dxa" w:w="2952"/>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适合演示</w:t>
            </w:r>
          </w:p>
        </w:tc>
      </w:tr>
      <w:tr>
        <w:trPr>
          <w:cantSplit/>
        </w:trPr>
        <w:tc>
          <w:tcPr>
            <w:tcW w:type="dxa" w:w="2376"/>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DEMO A 兴华精密制造</w:t>
            </w:r>
          </w:p>
        </w:tc>
        <w:tc>
          <w:tcPr>
            <w:tcW w:type="dxa" w:w="453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材料较完整的装备制造项目</w:t>
            </w:r>
          </w:p>
        </w:tc>
        <w:tc>
          <w:tcPr>
            <w:tcW w:type="dxa" w:w="295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快速预审 报告生成和提交</w:t>
            </w:r>
          </w:p>
        </w:tc>
      </w:tr>
      <w:tr>
        <w:trPr>
          <w:cantSplit/>
        </w:trPr>
        <w:tc>
          <w:tcPr>
            <w:tcW w:type="dxa" w:w="2376"/>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DEMO B 恒远设备</w:t>
            </w:r>
          </w:p>
        </w:tc>
        <w:tc>
          <w:tcPr>
            <w:tcW w:type="dxa" w:w="453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现金流缺失 负债口径冲突 设备重复和覆盖不足</w:t>
            </w:r>
          </w:p>
        </w:tc>
        <w:tc>
          <w:tcPr>
            <w:tcW w:type="dxa" w:w="295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材料解析 补件 问题闭环 重跑和退回</w:t>
            </w:r>
          </w:p>
        </w:tc>
      </w:tr>
      <w:tr>
        <w:trPr>
          <w:cantSplit/>
        </w:trPr>
        <w:tc>
          <w:tcPr>
            <w:tcW w:type="dxa" w:w="2376"/>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DEMO C 新能服务</w:t>
            </w:r>
          </w:p>
        </w:tc>
        <w:tc>
          <w:tcPr>
            <w:tcW w:type="dxa" w:w="453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依赖特定回款且回款凭证缺失</w:t>
            </w:r>
          </w:p>
        </w:tc>
        <w:tc>
          <w:tcPr>
            <w:tcW w:type="dxa" w:w="295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独立评审和经验应用</w:t>
            </w:r>
          </w:p>
        </w:tc>
      </w:tr>
    </w:tbl>
    <w:p>
      <w:pPr>
        <w:spacing w:after="40"/>
      </w:pPr>
    </w:p>
    <w:p>
      <w:pPr>
        <w:pStyle w:val="BodyText"/>
        <w:spacing w:after="120" w:line="312" w:lineRule="auto"/>
      </w:pPr>
      <w:r>
        <w:rPr>
          <w:rFonts w:ascii="Microsoft YaHei" w:hAnsi="Microsoft YaHei" w:eastAsia="Microsoft YaHei"/>
          <w:color w:val="000000"/>
          <w:sz w:val="21"/>
        </w:rPr>
        <w:t>所有演示名称、金额、编号和规则阈值均为虚构数据。演示中的120%覆盖阈值只用于展示规则版本和问题变化，不代表兴邦正式制度。</w:t>
      </w:r>
    </w:p>
    <w:p>
      <w:pPr>
        <w:pStyle w:val="Heading2"/>
        <w:keepNext/>
        <w:pageBreakBefore w:val="0"/>
      </w:pPr>
      <w:r>
        <w:rPr>
          <w:rFonts w:ascii="Microsoft YaHei" w:hAnsi="Microsoft YaHei" w:eastAsia="Microsoft YaHei"/>
          <w:b/>
          <w:color w:val="000000"/>
          <w:sz w:val="28"/>
        </w:rPr>
        <w:t>11.2 推荐完整演示</w:t>
      </w:r>
    </w:p>
    <w:p>
      <w:pPr>
        <w:pStyle w:val="ListNumber"/>
        <w:spacing w:after="100" w:line="300" w:lineRule="auto"/>
      </w:pPr>
      <w:r>
        <w:rPr>
          <w:rFonts w:ascii="Microsoft YaHei" w:hAnsi="Microsoft YaHei" w:eastAsia="Microsoft YaHei"/>
          <w:b/>
          <w:color w:val="000000"/>
          <w:sz w:val="20"/>
        </w:rPr>
        <w:t xml:space="preserve">客户经理进入DEMO B  </w:t>
      </w:r>
      <w:r>
        <w:rPr>
          <w:rFonts w:ascii="Microsoft YaHei" w:hAnsi="Microsoft YaHei" w:eastAsia="Microsoft YaHei"/>
          <w:color w:val="000000"/>
          <w:sz w:val="20"/>
        </w:rPr>
        <w:t>查看项目卡、待处理风险和时间轨迹。</w:t>
      </w:r>
    </w:p>
    <w:p>
      <w:pPr>
        <w:pStyle w:val="ListNumber"/>
        <w:spacing w:after="100" w:line="300" w:lineRule="auto"/>
      </w:pPr>
      <w:r>
        <w:rPr>
          <w:rFonts w:ascii="Microsoft YaHei" w:hAnsi="Microsoft YaHei" w:eastAsia="Microsoft YaHei"/>
          <w:b/>
          <w:color w:val="000000"/>
          <w:sz w:val="20"/>
        </w:rPr>
        <w:t xml:space="preserve">查看材料解析  </w:t>
      </w:r>
      <w:r>
        <w:rPr>
          <w:rFonts w:ascii="Microsoft YaHei" w:hAnsi="Microsoft YaHei" w:eastAsia="Microsoft YaHei"/>
          <w:color w:val="000000"/>
          <w:sz w:val="20"/>
        </w:rPr>
        <w:t>打开财务报表和设备清单的解析结果，确认来源定位。</w:t>
      </w:r>
    </w:p>
    <w:p>
      <w:pPr>
        <w:pStyle w:val="ListNumber"/>
        <w:spacing w:after="100" w:line="300" w:lineRule="auto"/>
      </w:pPr>
      <w:r>
        <w:rPr>
          <w:rFonts w:ascii="Microsoft YaHei" w:hAnsi="Microsoft YaHei" w:eastAsia="Microsoft YaHei"/>
          <w:b/>
          <w:color w:val="000000"/>
          <w:sz w:val="20"/>
        </w:rPr>
        <w:t xml:space="preserve">发起AI预审  </w:t>
      </w:r>
      <w:r>
        <w:rPr>
          <w:rFonts w:ascii="Microsoft YaHei" w:hAnsi="Microsoft YaHei" w:eastAsia="Microsoft YaHei"/>
          <w:color w:val="000000"/>
          <w:sz w:val="20"/>
        </w:rPr>
        <w:t>观察负债冲突、现金流缺失、设备重复和覆盖不足。</w:t>
      </w:r>
    </w:p>
    <w:p>
      <w:pPr>
        <w:pStyle w:val="ListNumber"/>
        <w:spacing w:after="100" w:line="300" w:lineRule="auto"/>
      </w:pPr>
      <w:r>
        <w:rPr>
          <w:rFonts w:ascii="Microsoft YaHei" w:hAnsi="Microsoft YaHei" w:eastAsia="Microsoft YaHei"/>
          <w:b/>
          <w:color w:val="000000"/>
          <w:sz w:val="20"/>
        </w:rPr>
        <w:t xml:space="preserve">完成补件  </w:t>
      </w:r>
      <w:r>
        <w:rPr>
          <w:rFonts w:ascii="Microsoft YaHei" w:hAnsi="Microsoft YaHei" w:eastAsia="Microsoft YaHei"/>
          <w:color w:val="000000"/>
          <w:sz w:val="20"/>
        </w:rPr>
        <w:t>补充尽调负债口径、重复设备说明和现金流依据，再次预审。</w:t>
      </w:r>
    </w:p>
    <w:p>
      <w:pPr>
        <w:pStyle w:val="ListNumber"/>
        <w:spacing w:after="100" w:line="300" w:lineRule="auto"/>
      </w:pPr>
      <w:r>
        <w:rPr>
          <w:rFonts w:ascii="Microsoft YaHei" w:hAnsi="Microsoft YaHei" w:eastAsia="Microsoft YaHei"/>
          <w:b/>
          <w:color w:val="000000"/>
          <w:sz w:val="20"/>
        </w:rPr>
        <w:t xml:space="preserve">生成AI预审报告  </w:t>
      </w:r>
      <w:r>
        <w:rPr>
          <w:rFonts w:ascii="Microsoft YaHei" w:hAnsi="Microsoft YaHei" w:eastAsia="Microsoft YaHei"/>
          <w:color w:val="000000"/>
          <w:sz w:val="20"/>
        </w:rPr>
        <w:t>确认章节来源并提交正式评审。</w:t>
      </w:r>
    </w:p>
    <w:p>
      <w:pPr>
        <w:pStyle w:val="ListNumber"/>
        <w:spacing w:after="100" w:line="300" w:lineRule="auto"/>
      </w:pPr>
      <w:r>
        <w:rPr>
          <w:rFonts w:ascii="Microsoft YaHei" w:hAnsi="Microsoft YaHei" w:eastAsia="Microsoft YaHei"/>
          <w:b/>
          <w:color w:val="000000"/>
          <w:sz w:val="20"/>
        </w:rPr>
        <w:t xml:space="preserve">进入项目评审池  </w:t>
      </w:r>
      <w:r>
        <w:rPr>
          <w:rFonts w:ascii="Microsoft YaHei" w:hAnsi="Microsoft YaHei" w:eastAsia="Microsoft YaHei"/>
          <w:color w:val="000000"/>
          <w:sz w:val="20"/>
        </w:rPr>
        <w:t>查看提交时间和等待时长。</w:t>
      </w:r>
    </w:p>
    <w:p>
      <w:pPr>
        <w:pStyle w:val="ListNumber"/>
        <w:spacing w:after="100" w:line="300" w:lineRule="auto"/>
      </w:pPr>
      <w:r>
        <w:rPr>
          <w:rFonts w:ascii="Microsoft YaHei" w:hAnsi="Microsoft YaHei" w:eastAsia="Microsoft YaHei"/>
          <w:b/>
          <w:color w:val="000000"/>
          <w:sz w:val="20"/>
        </w:rPr>
        <w:t xml:space="preserve">评审员领取  </w:t>
      </w:r>
      <w:r>
        <w:rPr>
          <w:rFonts w:ascii="Microsoft YaHei" w:hAnsi="Microsoft YaHei" w:eastAsia="Microsoft YaHei"/>
          <w:color w:val="000000"/>
          <w:sz w:val="20"/>
        </w:rPr>
        <w:t>开始独立评审并逐项完成六个业务节点。</w:t>
      </w:r>
    </w:p>
    <w:p>
      <w:pPr>
        <w:pStyle w:val="ListNumber"/>
        <w:spacing w:after="100" w:line="300" w:lineRule="auto"/>
      </w:pPr>
      <w:r>
        <w:rPr>
          <w:rFonts w:ascii="Microsoft YaHei" w:hAnsi="Microsoft YaHei" w:eastAsia="Microsoft YaHei"/>
          <w:b/>
          <w:color w:val="000000"/>
          <w:sz w:val="20"/>
        </w:rPr>
        <w:t xml:space="preserve">演示退回  </w:t>
      </w:r>
      <w:r>
        <w:rPr>
          <w:rFonts w:ascii="Microsoft YaHei" w:hAnsi="Microsoft YaHei" w:eastAsia="Microsoft YaHei"/>
          <w:color w:val="000000"/>
          <w:sz w:val="20"/>
        </w:rPr>
        <w:t>填写退回原因后退回，切换客户经理查看红色项目卡。</w:t>
      </w:r>
    </w:p>
    <w:p>
      <w:pPr>
        <w:pStyle w:val="ListNumber"/>
        <w:spacing w:after="100" w:line="300" w:lineRule="auto"/>
      </w:pPr>
      <w:r>
        <w:rPr>
          <w:rFonts w:ascii="Microsoft YaHei" w:hAnsi="Microsoft YaHei" w:eastAsia="Microsoft YaHei"/>
          <w:b/>
          <w:color w:val="000000"/>
          <w:sz w:val="20"/>
        </w:rPr>
        <w:t xml:space="preserve">重新推送  </w:t>
      </w:r>
      <w:r>
        <w:rPr>
          <w:rFonts w:ascii="Microsoft YaHei" w:hAnsi="Microsoft YaHei" w:eastAsia="Microsoft YaHei"/>
          <w:color w:val="000000"/>
          <w:sz w:val="20"/>
        </w:rPr>
        <w:t>客户经理补件、更新报告并重新推送。</w:t>
      </w:r>
    </w:p>
    <w:p>
      <w:pPr>
        <w:pStyle w:val="ListNumber"/>
        <w:spacing w:after="100" w:line="300" w:lineRule="auto"/>
      </w:pPr>
      <w:r>
        <w:rPr>
          <w:rFonts w:ascii="Microsoft YaHei" w:hAnsi="Microsoft YaHei" w:eastAsia="Microsoft YaHei"/>
          <w:b/>
          <w:color w:val="000000"/>
          <w:sz w:val="20"/>
        </w:rPr>
        <w:t xml:space="preserve">演示批准  </w:t>
      </w:r>
      <w:r>
        <w:rPr>
          <w:rFonts w:ascii="Microsoft YaHei" w:hAnsi="Microsoft YaHei" w:eastAsia="Microsoft YaHei"/>
          <w:color w:val="000000"/>
          <w:sz w:val="20"/>
        </w:rPr>
        <w:t>评审员完成所有节点，批准并生成独立评审报告。</w:t>
      </w:r>
    </w:p>
    <w:p>
      <w:pPr>
        <w:pStyle w:val="ListNumber"/>
        <w:spacing w:after="100" w:line="300" w:lineRule="auto"/>
      </w:pPr>
      <w:r>
        <w:rPr>
          <w:rFonts w:ascii="Microsoft YaHei" w:hAnsi="Microsoft YaHei" w:eastAsia="Microsoft YaHei"/>
          <w:b/>
          <w:color w:val="000000"/>
          <w:sz w:val="20"/>
        </w:rPr>
        <w:t xml:space="preserve">查看业务时效  </w:t>
      </w:r>
      <w:r>
        <w:rPr>
          <w:rFonts w:ascii="Microsoft YaHei" w:hAnsi="Microsoft YaHei" w:eastAsia="Microsoft YaHei"/>
          <w:color w:val="000000"/>
          <w:sz w:val="20"/>
        </w:rPr>
        <w:t>检查排队、办理、补件等待和系统执行时间是否分开。</w:t>
      </w:r>
    </w:p>
    <w:p>
      <w:pPr>
        <w:pStyle w:val="ListNumber"/>
        <w:spacing w:after="100" w:line="300" w:lineRule="auto"/>
      </w:pPr>
      <w:r>
        <w:rPr>
          <w:rFonts w:ascii="Microsoft YaHei" w:hAnsi="Microsoft YaHei" w:eastAsia="Microsoft YaHei"/>
          <w:b/>
          <w:color w:val="000000"/>
          <w:sz w:val="20"/>
        </w:rPr>
        <w:t xml:space="preserve">查看配置治理  </w:t>
      </w:r>
      <w:r>
        <w:rPr>
          <w:rFonts w:ascii="Microsoft YaHei" w:hAnsi="Microsoft YaHei" w:eastAsia="Microsoft YaHei"/>
          <w:color w:val="000000"/>
          <w:sz w:val="20"/>
        </w:rPr>
        <w:t>展示多表数据卡、金租Skills、规则、方案及版本。</w:t>
      </w:r>
    </w:p>
    <w:p>
      <w:pPr>
        <w:pStyle w:val="Heading1"/>
        <w:keepNext/>
        <w:pageBreakBefore/>
      </w:pPr>
      <w:r>
        <w:rPr>
          <w:rFonts w:ascii="Microsoft YaHei" w:hAnsi="Microsoft YaHei" w:eastAsia="Microsoft YaHei"/>
          <w:b/>
          <w:color w:val="000000"/>
          <w:sz w:val="36"/>
        </w:rPr>
        <w:t>12 常用状态和按钮条件</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31"/>
        <w:gridCol w:w="3331"/>
        <w:gridCol w:w="3331"/>
      </w:tblGrid>
      <w:tr>
        <w:trPr>
          <w:tblHeader w:val="true"/>
          <w:cantSplit/>
        </w:trPr>
        <w:tc>
          <w:tcPr>
            <w:tcW w:type="dxa" w:w="1944"/>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页面或对象</w:t>
            </w:r>
          </w:p>
        </w:tc>
        <w:tc>
          <w:tcPr>
            <w:tcW w:type="dxa" w:w="3024"/>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状态或按钮</w:t>
            </w:r>
          </w:p>
        </w:tc>
        <w:tc>
          <w:tcPr>
            <w:tcW w:type="dxa" w:w="4896"/>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启用条件和含义</w:t>
            </w:r>
          </w:p>
        </w:tc>
      </w:tr>
      <w:tr>
        <w:trPr>
          <w:cantSplit/>
        </w:trPr>
        <w:tc>
          <w:tcPr>
            <w:tcW w:type="dxa" w:w="1944"/>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运行</w:t>
            </w:r>
          </w:p>
        </w:tc>
        <w:tc>
          <w:tcPr>
            <w:tcW w:type="dxa" w:w="3024"/>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已排队 检查中 已完成 部分完成 未完成</w:t>
            </w:r>
          </w:p>
        </w:tc>
        <w:tc>
          <w:tcPr>
            <w:tcW w:type="dxa" w:w="489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技术状态和业务问题分开；部分完成可保留已完成结果</w:t>
            </w:r>
          </w:p>
        </w:tc>
      </w:tr>
      <w:tr>
        <w:trPr>
          <w:cantSplit/>
        </w:trPr>
        <w:tc>
          <w:tcPr>
            <w:tcW w:type="dxa" w:w="1944"/>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客户经理报告</w:t>
            </w:r>
          </w:p>
        </w:tc>
        <w:tc>
          <w:tcPr>
            <w:tcW w:type="dxa" w:w="3024"/>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提交正式评审</w:t>
            </w:r>
          </w:p>
        </w:tc>
        <w:tc>
          <w:tcPr>
            <w:tcW w:type="dxa" w:w="489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已生成可提交的AI预审报告，并经二次确认</w:t>
            </w:r>
          </w:p>
        </w:tc>
      </w:tr>
      <w:tr>
        <w:trPr>
          <w:cantSplit/>
        </w:trPr>
        <w:tc>
          <w:tcPr>
            <w:tcW w:type="dxa" w:w="1944"/>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评审池</w:t>
            </w:r>
          </w:p>
        </w:tc>
        <w:tc>
          <w:tcPr>
            <w:tcW w:type="dxa" w:w="3024"/>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撤回</w:t>
            </w:r>
          </w:p>
        </w:tc>
        <w:tc>
          <w:tcPr>
            <w:tcW w:type="dxa" w:w="489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当前有效送审版本尚未形成最终决定</w:t>
            </w:r>
          </w:p>
        </w:tc>
      </w:tr>
      <w:tr>
        <w:trPr>
          <w:cantSplit/>
        </w:trPr>
        <w:tc>
          <w:tcPr>
            <w:tcW w:type="dxa" w:w="1944"/>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评审池</w:t>
            </w:r>
          </w:p>
        </w:tc>
        <w:tc>
          <w:tcPr>
            <w:tcW w:type="dxa" w:w="3024"/>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重新推送</w:t>
            </w:r>
          </w:p>
        </w:tc>
        <w:tc>
          <w:tcPr>
            <w:tcW w:type="dxa" w:w="489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项目已撤回或退回，客户经理完成修改</w:t>
            </w:r>
          </w:p>
        </w:tc>
      </w:tr>
      <w:tr>
        <w:trPr>
          <w:cantSplit/>
        </w:trPr>
        <w:tc>
          <w:tcPr>
            <w:tcW w:type="dxa" w:w="1944"/>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评审节点</w:t>
            </w:r>
          </w:p>
        </w:tc>
        <w:tc>
          <w:tcPr>
            <w:tcW w:type="dxa" w:w="3024"/>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确认风险可控 要求补件等</w:t>
            </w:r>
          </w:p>
        </w:tc>
        <w:tc>
          <w:tcPr>
            <w:tcW w:type="dxa" w:w="489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需要选择结论，部分结论必须填写意见</w:t>
            </w:r>
          </w:p>
        </w:tc>
      </w:tr>
      <w:tr>
        <w:trPr>
          <w:cantSplit/>
        </w:trPr>
        <w:tc>
          <w:tcPr>
            <w:tcW w:type="dxa" w:w="1944"/>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最终退回</w:t>
            </w:r>
          </w:p>
        </w:tc>
        <w:tc>
          <w:tcPr>
            <w:tcW w:type="dxa" w:w="3024"/>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退回补充材料</w:t>
            </w:r>
          </w:p>
        </w:tc>
        <w:tc>
          <w:tcPr>
            <w:tcW w:type="dxa" w:w="489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已完成独立评审运行并填写退回原因</w:t>
            </w:r>
          </w:p>
        </w:tc>
      </w:tr>
      <w:tr>
        <w:trPr>
          <w:cantSplit/>
        </w:trPr>
        <w:tc>
          <w:tcPr>
            <w:tcW w:type="dxa" w:w="1944"/>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最终批准</w:t>
            </w:r>
          </w:p>
        </w:tc>
        <w:tc>
          <w:tcPr>
            <w:tcW w:type="dxa" w:w="3024"/>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批准并生成评审报告</w:t>
            </w:r>
          </w:p>
        </w:tc>
        <w:tc>
          <w:tcPr>
            <w:tcW w:type="dxa" w:w="489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全部必审主题有结论且阻断事项闭环</w:t>
            </w:r>
          </w:p>
        </w:tc>
      </w:tr>
      <w:tr>
        <w:trPr>
          <w:cantSplit/>
        </w:trPr>
        <w:tc>
          <w:tcPr>
            <w:tcW w:type="dxa" w:w="1944"/>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报告章节</w:t>
            </w:r>
          </w:p>
        </w:tc>
        <w:tc>
          <w:tcPr>
            <w:tcW w:type="dxa" w:w="3024"/>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确认并锁定</w:t>
            </w:r>
          </w:p>
        </w:tc>
        <w:tc>
          <w:tcPr>
            <w:tcW w:type="dxa" w:w="489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章节来源未过期；锁定后重生成不覆盖正文</w:t>
            </w:r>
          </w:p>
        </w:tc>
      </w:tr>
      <w:tr>
        <w:trPr>
          <w:cantSplit/>
        </w:trPr>
        <w:tc>
          <w:tcPr>
            <w:tcW w:type="dxa" w:w="1944"/>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组件</w:t>
            </w:r>
          </w:p>
        </w:tc>
        <w:tc>
          <w:tcPr>
            <w:tcW w:type="dxa" w:w="3024"/>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发布</w:t>
            </w:r>
          </w:p>
        </w:tc>
        <w:tc>
          <w:tcPr>
            <w:tcW w:type="dxa" w:w="489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候选版本通过当前评测且由授权审核人确认</w:t>
            </w:r>
          </w:p>
        </w:tc>
      </w:tr>
    </w:tbl>
    <w:p>
      <w:pPr>
        <w:spacing w:after="40"/>
      </w:pPr>
    </w:p>
    <w:p>
      <w:pPr>
        <w:pStyle w:val="Heading2"/>
        <w:keepNext/>
        <w:pageBreakBefore w:val="0"/>
      </w:pPr>
      <w:r>
        <w:rPr>
          <w:rFonts w:ascii="Microsoft YaHei" w:hAnsi="Microsoft YaHei" w:eastAsia="Microsoft YaHei"/>
          <w:b/>
          <w:color w:val="000000"/>
          <w:sz w:val="28"/>
        </w:rPr>
        <w:t>12.1 退回项目的重点标识</w:t>
      </w:r>
    </w:p>
    <w:p>
      <w:pPr>
        <w:pStyle w:val="BodyText"/>
        <w:spacing w:after="120" w:line="312" w:lineRule="auto"/>
      </w:pPr>
      <w:r>
        <w:rPr>
          <w:rFonts w:ascii="Microsoft YaHei" w:hAnsi="Microsoft YaHei" w:eastAsia="Microsoft YaHei"/>
          <w:color w:val="000000"/>
          <w:sz w:val="21"/>
        </w:rPr>
        <w:t>退回后，客户经理工作台中的项目卡使用浅红色底、红色边框和“评审退回 待补材料”标签。卡片展示退回时间和原因，并把下一步改为查看退回要求和补充材料。该状态在重新推送后解除。</w:t>
      </w:r>
    </w:p>
    <w:p>
      <w:pPr>
        <w:pStyle w:val="Heading1"/>
        <w:keepNext/>
        <w:pageBreakBefore/>
      </w:pPr>
      <w:r>
        <w:rPr>
          <w:rFonts w:ascii="Microsoft YaHei" w:hAnsi="Microsoft YaHei" w:eastAsia="Microsoft YaHei"/>
          <w:b/>
          <w:color w:val="000000"/>
          <w:sz w:val="36"/>
        </w:rPr>
        <w:t>13 异常处理和常见问题</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31"/>
        <w:gridCol w:w="3331"/>
        <w:gridCol w:w="3331"/>
      </w:tblGrid>
      <w:tr>
        <w:trPr>
          <w:tblHeader w:val="true"/>
          <w:cantSplit/>
        </w:trPr>
        <w:tc>
          <w:tcPr>
            <w:tcW w:type="dxa" w:w="2592"/>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现象</w:t>
            </w:r>
          </w:p>
        </w:tc>
        <w:tc>
          <w:tcPr>
            <w:tcW w:type="dxa" w:w="324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原因判断</w:t>
            </w:r>
          </w:p>
        </w:tc>
        <w:tc>
          <w:tcPr>
            <w:tcW w:type="dxa" w:w="4032"/>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处理方法</w:t>
            </w:r>
          </w:p>
        </w:tc>
      </w:tr>
      <w:tr>
        <w:trPr>
          <w:cantSplit/>
        </w:trPr>
        <w:tc>
          <w:tcPr>
            <w:tcW w:type="dxa" w:w="2592"/>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页面提示访问令牌无效</w:t>
            </w:r>
          </w:p>
        </w:tc>
        <w:tc>
          <w:tcPr>
            <w:tcW w:type="dxa" w:w="324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浏览器保留了失效令牌</w:t>
            </w:r>
          </w:p>
        </w:tc>
        <w:tc>
          <w:tcPr>
            <w:tcW w:type="dxa" w:w="403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演示环境会自动清除并恢复身份选择；必要时重新选择身份</w:t>
            </w:r>
          </w:p>
        </w:tc>
      </w:tr>
      <w:tr>
        <w:trPr>
          <w:cantSplit/>
        </w:trPr>
        <w:tc>
          <w:tcPr>
            <w:tcW w:type="dxa" w:w="2592"/>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上传后项目数据没有变化</w:t>
            </w:r>
          </w:p>
        </w:tc>
        <w:tc>
          <w:tcPr>
            <w:tcW w:type="dxa" w:w="324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上传只生成候选字段</w:t>
            </w:r>
          </w:p>
        </w:tc>
        <w:tc>
          <w:tcPr>
            <w:tcW w:type="dxa" w:w="403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进入材料与问题页查看解析并人工确认来源</w:t>
            </w:r>
          </w:p>
        </w:tc>
      </w:tr>
      <w:tr>
        <w:trPr>
          <w:cantSplit/>
        </w:trPr>
        <w:tc>
          <w:tcPr>
            <w:tcW w:type="dxa" w:w="2592"/>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AI预审显示部分完成</w:t>
            </w:r>
          </w:p>
        </w:tc>
        <w:tc>
          <w:tcPr>
            <w:tcW w:type="dxa" w:w="324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材料问题 模型未配置或某步骤失败</w:t>
            </w:r>
          </w:p>
        </w:tc>
        <w:tc>
          <w:tcPr>
            <w:tcW w:type="dxa" w:w="403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查看步骤状态；补材料后重跑；确定性结果仍保留</w:t>
            </w:r>
          </w:p>
        </w:tc>
      </w:tr>
      <w:tr>
        <w:trPr>
          <w:cantSplit/>
        </w:trPr>
        <w:tc>
          <w:tcPr>
            <w:tcW w:type="dxa" w:w="2592"/>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退回按钮不能点击</w:t>
            </w:r>
          </w:p>
        </w:tc>
        <w:tc>
          <w:tcPr>
            <w:tcW w:type="dxa" w:w="324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未运行独立评审或未填写退回原因</w:t>
            </w:r>
          </w:p>
        </w:tc>
        <w:tc>
          <w:tcPr>
            <w:tcW w:type="dxa" w:w="403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先完成独立评审，在按钮旁填写明确退回原因</w:t>
            </w:r>
          </w:p>
        </w:tc>
      </w:tr>
      <w:tr>
        <w:trPr>
          <w:cantSplit/>
        </w:trPr>
        <w:tc>
          <w:tcPr>
            <w:tcW w:type="dxa" w:w="2592"/>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批准按钮不能点击</w:t>
            </w:r>
          </w:p>
        </w:tc>
        <w:tc>
          <w:tcPr>
            <w:tcW w:type="dxa" w:w="324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仍有未评审节点或阻断结论</w:t>
            </w:r>
          </w:p>
        </w:tc>
        <w:tc>
          <w:tcPr>
            <w:tcW w:type="dxa" w:w="403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按页面提示完成全部节点并闭环补件或现场核查</w:t>
            </w:r>
          </w:p>
        </w:tc>
      </w:tr>
      <w:tr>
        <w:trPr>
          <w:cantSplit/>
        </w:trPr>
        <w:tc>
          <w:tcPr>
            <w:tcW w:type="dxa" w:w="2592"/>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提交后评审池没有项目</w:t>
            </w:r>
          </w:p>
        </w:tc>
        <w:tc>
          <w:tcPr>
            <w:tcW w:type="dxa" w:w="324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提交未成功 身份权限不符或页面未刷新</w:t>
            </w:r>
          </w:p>
        </w:tc>
        <w:tc>
          <w:tcPr>
            <w:tcW w:type="dxa" w:w="403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查看页面提示，确认报告提交成功后刷新评审池</w:t>
            </w:r>
          </w:p>
        </w:tc>
      </w:tr>
      <w:tr>
        <w:trPr>
          <w:cantSplit/>
        </w:trPr>
        <w:tc>
          <w:tcPr>
            <w:tcW w:type="dxa" w:w="2592"/>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扫描PDF没有候选字段</w:t>
            </w:r>
          </w:p>
        </w:tc>
        <w:tc>
          <w:tcPr>
            <w:tcW w:type="dxa" w:w="324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文件无文本层且OCR语言包未配置或图像不清</w:t>
            </w:r>
          </w:p>
        </w:tc>
        <w:tc>
          <w:tcPr>
            <w:tcW w:type="dxa" w:w="403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上传清晰扫描件或可复制文本，并由管理员配置OCR</w:t>
            </w:r>
          </w:p>
        </w:tc>
      </w:tr>
      <w:tr>
        <w:trPr>
          <w:cantSplit/>
        </w:trPr>
        <w:tc>
          <w:tcPr>
            <w:tcW w:type="dxa" w:w="2592"/>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报告章节显示来源已过期</w:t>
            </w:r>
          </w:p>
        </w:tc>
        <w:tc>
          <w:tcPr>
            <w:tcW w:type="dxa" w:w="324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补件或数据变化使原运行失效</w:t>
            </w:r>
          </w:p>
        </w:tc>
        <w:tc>
          <w:tcPr>
            <w:tcW w:type="dxa" w:w="403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重新预审并生成更新候选，核对后再确认</w:t>
            </w:r>
          </w:p>
        </w:tc>
      </w:tr>
    </w:tbl>
    <w:p>
      <w:pPr>
        <w:spacing w:after="40"/>
      </w:pPr>
    </w:p>
    <w:p>
      <w:pPr>
        <w:pStyle w:val="Heading1"/>
        <w:keepNext/>
        <w:pageBreakBefore/>
      </w:pPr>
      <w:r>
        <w:rPr>
          <w:rFonts w:ascii="Microsoft YaHei" w:hAnsi="Microsoft YaHei" w:eastAsia="Microsoft YaHei"/>
          <w:b/>
          <w:color w:val="000000"/>
          <w:sz w:val="36"/>
        </w:rPr>
        <w:t>14 生产接入边界</w:t>
      </w:r>
    </w:p>
    <w:p>
      <w:pPr>
        <w:pStyle w:val="BodyText"/>
        <w:spacing w:after="120" w:line="312" w:lineRule="auto"/>
      </w:pPr>
      <w:r>
        <w:rPr>
          <w:rFonts w:ascii="Microsoft YaHei" w:hAnsi="Microsoft YaHei" w:eastAsia="Microsoft YaHei"/>
          <w:color w:val="000000"/>
          <w:sz w:val="21"/>
        </w:rPr>
        <w:t>当前版本用于完整业务流程演示和本地或私有服务器验证。进入生产前，需要由兴邦确认正式数据字典、制度规则、报告模板、角色授权和模型部署方式。系统已经按可替换组件设计，但演示配置不能直接视为生产制度。</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31"/>
        <w:gridCol w:w="3331"/>
        <w:gridCol w:w="3331"/>
      </w:tblGrid>
      <w:tr>
        <w:trPr>
          <w:tblHeader w:val="true"/>
          <w:cantSplit/>
        </w:trPr>
        <w:tc>
          <w:tcPr>
            <w:tcW w:type="dxa" w:w="1656"/>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范围</w:t>
            </w:r>
          </w:p>
        </w:tc>
        <w:tc>
          <w:tcPr>
            <w:tcW w:type="dxa" w:w="3672"/>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当前演示版</w:t>
            </w:r>
          </w:p>
        </w:tc>
        <w:tc>
          <w:tcPr>
            <w:tcW w:type="dxa" w:w="4536"/>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生产接入要求</w:t>
            </w:r>
          </w:p>
        </w:tc>
      </w:tr>
      <w:tr>
        <w:trPr>
          <w:cantSplit/>
        </w:trPr>
        <w:tc>
          <w:tcPr>
            <w:tcW w:type="dxa" w:w="1656"/>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身份</w:t>
            </w:r>
          </w:p>
        </w:tc>
        <w:tc>
          <w:tcPr>
            <w:tcW w:type="dxa" w:w="367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客户经理 评审员 配置管理员下拉切换</w:t>
            </w:r>
          </w:p>
        </w:tc>
        <w:tc>
          <w:tcPr>
            <w:tcW w:type="dxa" w:w="453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服务端令牌 单点登录 角色和项目授权</w:t>
            </w:r>
          </w:p>
        </w:tc>
      </w:tr>
      <w:tr>
        <w:trPr>
          <w:cantSplit/>
        </w:trPr>
        <w:tc>
          <w:tcPr>
            <w:tcW w:type="dxa" w:w="1656"/>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业务数据</w:t>
            </w:r>
          </w:p>
        </w:tc>
        <w:tc>
          <w:tcPr>
            <w:tcW w:type="dxa" w:w="367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脱敏SQLite多表数据</w:t>
            </w:r>
          </w:p>
        </w:tc>
        <w:tc>
          <w:tcPr>
            <w:tcW w:type="dxa" w:w="453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ERP 数据仓库或业务库只读视图</w:t>
            </w:r>
          </w:p>
        </w:tc>
      </w:tr>
      <w:tr>
        <w:trPr>
          <w:cantSplit/>
        </w:trPr>
        <w:tc>
          <w:tcPr>
            <w:tcW w:type="dxa" w:w="1656"/>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模型</w:t>
            </w:r>
          </w:p>
        </w:tc>
        <w:tc>
          <w:tcPr>
            <w:tcW w:type="dxa" w:w="367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可选内网模型 未配置时明确失败</w:t>
            </w:r>
          </w:p>
        </w:tc>
        <w:tc>
          <w:tcPr>
            <w:tcW w:type="dxa" w:w="453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确认内网URL 模型名 Key 工具调用和并发能力</w:t>
            </w:r>
          </w:p>
        </w:tc>
      </w:tr>
      <w:tr>
        <w:trPr>
          <w:cantSplit/>
        </w:trPr>
        <w:tc>
          <w:tcPr>
            <w:tcW w:type="dxa" w:w="1656"/>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规则</w:t>
            </w:r>
          </w:p>
        </w:tc>
        <w:tc>
          <w:tcPr>
            <w:tcW w:type="dxa" w:w="367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固定演示规则和阈值</w:t>
            </w:r>
          </w:p>
        </w:tc>
        <w:tc>
          <w:tcPr>
            <w:tcW w:type="dxa" w:w="453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经业务 法务 风控确认的正式规则和版本</w:t>
            </w:r>
          </w:p>
        </w:tc>
      </w:tr>
      <w:tr>
        <w:trPr>
          <w:cantSplit/>
        </w:trPr>
        <w:tc>
          <w:tcPr>
            <w:tcW w:type="dxa" w:w="1656"/>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报告</w:t>
            </w:r>
          </w:p>
        </w:tc>
        <w:tc>
          <w:tcPr>
            <w:tcW w:type="dxa" w:w="367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内置AI预审 独立评审和上会摘要</w:t>
            </w:r>
          </w:p>
        </w:tc>
        <w:tc>
          <w:tcPr>
            <w:tcW w:type="dxa" w:w="453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导入客户正式模板并完成逐页验收</w:t>
            </w:r>
          </w:p>
        </w:tc>
      </w:tr>
      <w:tr>
        <w:trPr>
          <w:cantSplit/>
        </w:trPr>
        <w:tc>
          <w:tcPr>
            <w:tcW w:type="dxa" w:w="1656"/>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OCR</w:t>
            </w:r>
          </w:p>
        </w:tc>
        <w:tc>
          <w:tcPr>
            <w:tcW w:type="dxa" w:w="367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本地能力可配置</w:t>
            </w:r>
          </w:p>
        </w:tc>
        <w:tc>
          <w:tcPr>
            <w:tcW w:type="dxa" w:w="453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配置中文英文语言包并验证真实扫描件质量</w:t>
            </w:r>
          </w:p>
        </w:tc>
      </w:tr>
      <w:tr>
        <w:trPr>
          <w:cantSplit/>
        </w:trPr>
        <w:tc>
          <w:tcPr>
            <w:tcW w:type="dxa" w:w="1656"/>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运维</w:t>
            </w:r>
          </w:p>
        </w:tc>
        <w:tc>
          <w:tcPr>
            <w:tcW w:type="dxa" w:w="367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单机容器和SQLite持久化</w:t>
            </w:r>
          </w:p>
        </w:tc>
        <w:tc>
          <w:tcPr>
            <w:tcW w:type="dxa" w:w="453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备份 保留期 监控 并发 审批和回退流程</w:t>
            </w:r>
          </w:p>
        </w:tc>
      </w:tr>
    </w:tbl>
    <w:p>
      <w:pPr>
        <w:spacing w:after="40"/>
      </w:pPr>
    </w:p>
    <w:p>
      <w:pPr>
        <w:pStyle w:val="Heading2"/>
        <w:keepNext/>
        <w:pageBreakBefore w:val="0"/>
      </w:pPr>
      <w:r>
        <w:rPr>
          <w:rFonts w:ascii="Microsoft YaHei" w:hAnsi="Microsoft YaHei" w:eastAsia="Microsoft YaHei"/>
          <w:b/>
          <w:color w:val="000000"/>
          <w:sz w:val="28"/>
        </w:rPr>
        <w:t>14.1 上线前确认清单</w:t>
      </w:r>
    </w:p>
    <w:p>
      <w:pPr>
        <w:pStyle w:val="ListBullet"/>
        <w:spacing w:after="60" w:line="293" w:lineRule="auto"/>
      </w:pPr>
      <w:r>
        <w:rPr>
          <w:rFonts w:ascii="Microsoft YaHei" w:hAnsi="Microsoft YaHei" w:eastAsia="Microsoft YaHei"/>
          <w:color w:val="000000"/>
          <w:sz w:val="20"/>
        </w:rPr>
        <w:t>确认正式项目、人员、团队和数据域的授权映射。</w:t>
      </w:r>
    </w:p>
    <w:p>
      <w:pPr>
        <w:pStyle w:val="ListBullet"/>
        <w:spacing w:after="60" w:line="293" w:lineRule="auto"/>
      </w:pPr>
      <w:r>
        <w:rPr>
          <w:rFonts w:ascii="Microsoft YaHei" w:hAnsi="Microsoft YaHei" w:eastAsia="Microsoft YaHei"/>
          <w:color w:val="000000"/>
          <w:sz w:val="20"/>
        </w:rPr>
        <w:t>确认只读数据连接、允许访问的表、参数化SQL和字段口径。</w:t>
      </w:r>
    </w:p>
    <w:p>
      <w:pPr>
        <w:pStyle w:val="ListBullet"/>
        <w:spacing w:after="60" w:line="293" w:lineRule="auto"/>
      </w:pPr>
      <w:r>
        <w:rPr>
          <w:rFonts w:ascii="Microsoft YaHei" w:hAnsi="Microsoft YaHei" w:eastAsia="Microsoft YaHei"/>
          <w:color w:val="000000"/>
          <w:sz w:val="20"/>
        </w:rPr>
        <w:t>确认正式规则、审批边界、报告章节和导出格式。</w:t>
      </w:r>
    </w:p>
    <w:p>
      <w:pPr>
        <w:pStyle w:val="ListBullet"/>
        <w:spacing w:after="60" w:line="293" w:lineRule="auto"/>
      </w:pPr>
      <w:r>
        <w:rPr>
          <w:rFonts w:ascii="Microsoft YaHei" w:hAnsi="Microsoft YaHei" w:eastAsia="Microsoft YaHei"/>
          <w:color w:val="000000"/>
          <w:sz w:val="20"/>
        </w:rPr>
        <w:t>确认内网模型不会把项目材料发送到公共地址，并完成质量和并发评测。</w:t>
      </w:r>
    </w:p>
    <w:p>
      <w:pPr>
        <w:pStyle w:val="ListBullet"/>
        <w:spacing w:after="60" w:line="293" w:lineRule="auto"/>
      </w:pPr>
      <w:r>
        <w:rPr>
          <w:rFonts w:ascii="Microsoft YaHei" w:hAnsi="Microsoft YaHei" w:eastAsia="Microsoft YaHei"/>
          <w:color w:val="000000"/>
          <w:sz w:val="20"/>
        </w:rPr>
        <w:t>确认材料保密、日志脱敏、数据库备份、发布审批和故障回退要求。</w:t>
      </w:r>
    </w:p>
    <w:p>
      <w:pPr>
        <w:pStyle w:val="ListBullet"/>
        <w:spacing w:after="60" w:line="293" w:lineRule="auto"/>
      </w:pPr>
      <w:r>
        <w:rPr>
          <w:rFonts w:ascii="Microsoft YaHei" w:hAnsi="Microsoft YaHei" w:eastAsia="Microsoft YaHei"/>
          <w:color w:val="000000"/>
          <w:sz w:val="20"/>
        </w:rPr>
        <w:t>在正式环境完成全流程验收后，再关闭演示身份和演示数据开关。</w:t>
      </w:r>
    </w:p>
    <w:p>
      <w:pPr>
        <w:pStyle w:val="Heading1"/>
        <w:keepNext/>
        <w:pageBreakBefore/>
      </w:pPr>
      <w:r>
        <w:rPr>
          <w:rFonts w:ascii="Microsoft YaHei" w:hAnsi="Microsoft YaHei" w:eastAsia="Microsoft YaHei"/>
          <w:b/>
          <w:color w:val="000000"/>
          <w:sz w:val="36"/>
        </w:rPr>
        <w:t>附录A 业务数据表和数据卡</w:t>
      </w:r>
    </w:p>
    <w:p>
      <w:pPr>
        <w:pStyle w:val="Heading2"/>
        <w:keepNext/>
        <w:pageBreakBefore w:val="0"/>
      </w:pPr>
      <w:r>
        <w:rPr>
          <w:rFonts w:ascii="Microsoft YaHei" w:hAnsi="Microsoft YaHei" w:eastAsia="Microsoft YaHei"/>
          <w:b/>
          <w:color w:val="000000"/>
          <w:sz w:val="28"/>
        </w:rPr>
        <w:t>A.1 演示业务表</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97"/>
        <w:gridCol w:w="4997"/>
      </w:tblGrid>
      <w:tr>
        <w:trPr>
          <w:tblHeader w:val="true"/>
          <w:cantSplit/>
        </w:trPr>
        <w:tc>
          <w:tcPr>
            <w:tcW w:type="dxa" w:w="3240"/>
            <w:shd w:fill="185C48"/>
            <w:tcMar>
              <w:top w:w="72" w:type="dxa"/>
              <w:start w:w="120" w:type="dxa"/>
              <w:bottom w:w="72" w:type="dxa"/>
              <w:end w:w="120" w:type="dxa"/>
            </w:tcMar>
            <w:vAlign w:val="center"/>
          </w:tcPr>
          <w:p>
            <w:pPr>
              <w:spacing w:after="0" w:line="283" w:lineRule="auto"/>
              <w:jc w:val="center"/>
            </w:pPr>
            <w:r>
              <w:rPr>
                <w:rFonts w:ascii="Microsoft YaHei" w:hAnsi="Microsoft YaHei" w:eastAsia="Microsoft YaHei"/>
                <w:b/>
                <w:color w:val="FFFFFF"/>
                <w:sz w:val="18"/>
              </w:rPr>
              <w:t>业务表</w:t>
            </w:r>
          </w:p>
        </w:tc>
        <w:tc>
          <w:tcPr>
            <w:tcW w:type="dxa" w:w="6624"/>
            <w:shd w:fill="185C48"/>
            <w:tcMar>
              <w:top w:w="72" w:type="dxa"/>
              <w:start w:w="120" w:type="dxa"/>
              <w:bottom w:w="72" w:type="dxa"/>
              <w:end w:w="120" w:type="dxa"/>
            </w:tcMar>
            <w:vAlign w:val="center"/>
          </w:tcPr>
          <w:p>
            <w:pPr>
              <w:spacing w:after="0" w:line="283" w:lineRule="auto"/>
              <w:jc w:val="center"/>
            </w:pPr>
            <w:r>
              <w:rPr>
                <w:rFonts w:ascii="Microsoft YaHei" w:hAnsi="Microsoft YaHei" w:eastAsia="Microsoft YaHei"/>
                <w:b/>
                <w:color w:val="FFFFFF"/>
                <w:sz w:val="18"/>
              </w:rPr>
              <w:t>用途</w:t>
            </w:r>
          </w:p>
        </w:tc>
      </w:tr>
      <w:tr>
        <w:trPr>
          <w:cantSplit/>
        </w:trPr>
        <w:tc>
          <w:tcPr>
            <w:tcW w:type="dxa" w:w="3240"/>
            <w:tcMar>
              <w:top w:w="65" w:type="dxa"/>
              <w:start w:w="120" w:type="dxa"/>
              <w:bottom w:w="65" w:type="dxa"/>
              <w:end w:w="120" w:type="dxa"/>
            </w:tcMar>
            <w:vAlign w:val="center"/>
          </w:tcPr>
          <w:p>
            <w:pPr>
              <w:spacing w:after="0" w:line="283" w:lineRule="auto"/>
              <w:jc w:val="left"/>
            </w:pPr>
            <w:r>
              <w:rPr>
                <w:rFonts w:ascii="Microsoft YaHei" w:hAnsi="Microsoft YaHei" w:eastAsia="Microsoft YaHei"/>
                <w:b w:val="0"/>
                <w:color w:val="000000"/>
                <w:sz w:val="17"/>
              </w:rPr>
              <w:t>corporate_customer</w:t>
            </w:r>
          </w:p>
        </w:tc>
        <w:tc>
          <w:tcPr>
            <w:tcW w:type="dxa" w:w="6624"/>
            <w:tcMar>
              <w:top w:w="65" w:type="dxa"/>
              <w:start w:w="120" w:type="dxa"/>
              <w:bottom w:w="65" w:type="dxa"/>
              <w:end w:w="120" w:type="dxa"/>
            </w:tcMar>
            <w:vAlign w:val="center"/>
          </w:tcPr>
          <w:p>
            <w:pPr>
              <w:spacing w:after="0" w:line="283" w:lineRule="auto"/>
              <w:jc w:val="left"/>
            </w:pPr>
            <w:r>
              <w:rPr>
                <w:rFonts w:ascii="Microsoft YaHei" w:hAnsi="Microsoft YaHei" w:eastAsia="Microsoft YaHei"/>
                <w:b w:val="0"/>
                <w:color w:val="000000"/>
                <w:sz w:val="17"/>
              </w:rPr>
              <w:t>对公客户主数据</w:t>
            </w:r>
          </w:p>
        </w:tc>
      </w:tr>
      <w:tr>
        <w:trPr>
          <w:cantSplit/>
        </w:trPr>
        <w:tc>
          <w:tcPr>
            <w:tcW w:type="dxa" w:w="3240"/>
            <w:tcMar>
              <w:top w:w="65" w:type="dxa"/>
              <w:start w:w="120" w:type="dxa"/>
              <w:bottom w:w="65" w:type="dxa"/>
              <w:end w:w="120" w:type="dxa"/>
            </w:tcMar>
            <w:shd w:fill="F5F6F6"/>
            <w:vAlign w:val="center"/>
          </w:tcPr>
          <w:p>
            <w:pPr>
              <w:spacing w:after="0" w:line="283" w:lineRule="auto"/>
              <w:jc w:val="left"/>
            </w:pPr>
            <w:r>
              <w:rPr>
                <w:rFonts w:ascii="Microsoft YaHei" w:hAnsi="Microsoft YaHei" w:eastAsia="Microsoft YaHei"/>
                <w:b w:val="0"/>
                <w:color w:val="000000"/>
                <w:sz w:val="17"/>
              </w:rPr>
              <w:t>lease_project</w:t>
            </w:r>
          </w:p>
        </w:tc>
        <w:tc>
          <w:tcPr>
            <w:tcW w:type="dxa" w:w="6624"/>
            <w:tcMar>
              <w:top w:w="65" w:type="dxa"/>
              <w:start w:w="120" w:type="dxa"/>
              <w:bottom w:w="65" w:type="dxa"/>
              <w:end w:w="120" w:type="dxa"/>
            </w:tcMar>
            <w:shd w:fill="F5F6F6"/>
            <w:vAlign w:val="center"/>
          </w:tcPr>
          <w:p>
            <w:pPr>
              <w:spacing w:after="0" w:line="283" w:lineRule="auto"/>
              <w:jc w:val="left"/>
            </w:pPr>
            <w:r>
              <w:rPr>
                <w:rFonts w:ascii="Microsoft YaHei" w:hAnsi="Microsoft YaHei" w:eastAsia="Microsoft YaHei"/>
                <w:b w:val="0"/>
                <w:color w:val="000000"/>
                <w:sz w:val="17"/>
              </w:rPr>
              <w:t>租赁项目主数据</w:t>
            </w:r>
          </w:p>
        </w:tc>
      </w:tr>
      <w:tr>
        <w:trPr>
          <w:cantSplit/>
        </w:trPr>
        <w:tc>
          <w:tcPr>
            <w:tcW w:type="dxa" w:w="3240"/>
            <w:tcMar>
              <w:top w:w="65" w:type="dxa"/>
              <w:start w:w="120" w:type="dxa"/>
              <w:bottom w:w="65" w:type="dxa"/>
              <w:end w:w="120" w:type="dxa"/>
            </w:tcMar>
            <w:vAlign w:val="center"/>
          </w:tcPr>
          <w:p>
            <w:pPr>
              <w:spacing w:after="0" w:line="283" w:lineRule="auto"/>
              <w:jc w:val="left"/>
            </w:pPr>
            <w:r>
              <w:rPr>
                <w:rFonts w:ascii="Microsoft YaHei" w:hAnsi="Microsoft YaHei" w:eastAsia="Microsoft YaHei"/>
                <w:b w:val="0"/>
                <w:color w:val="000000"/>
                <w:sz w:val="17"/>
              </w:rPr>
              <w:t>financing_scheme</w:t>
            </w:r>
          </w:p>
        </w:tc>
        <w:tc>
          <w:tcPr>
            <w:tcW w:type="dxa" w:w="6624"/>
            <w:tcMar>
              <w:top w:w="65" w:type="dxa"/>
              <w:start w:w="120" w:type="dxa"/>
              <w:bottom w:w="65" w:type="dxa"/>
              <w:end w:w="120" w:type="dxa"/>
            </w:tcMar>
            <w:vAlign w:val="center"/>
          </w:tcPr>
          <w:p>
            <w:pPr>
              <w:spacing w:after="0" w:line="283" w:lineRule="auto"/>
              <w:jc w:val="left"/>
            </w:pPr>
            <w:r>
              <w:rPr>
                <w:rFonts w:ascii="Microsoft YaHei" w:hAnsi="Microsoft YaHei" w:eastAsia="Microsoft YaHei"/>
                <w:b w:val="0"/>
                <w:color w:val="000000"/>
                <w:sz w:val="17"/>
              </w:rPr>
              <w:t>融资方案及版本</w:t>
            </w:r>
          </w:p>
        </w:tc>
      </w:tr>
      <w:tr>
        <w:trPr>
          <w:cantSplit/>
        </w:trPr>
        <w:tc>
          <w:tcPr>
            <w:tcW w:type="dxa" w:w="3240"/>
            <w:tcMar>
              <w:top w:w="65" w:type="dxa"/>
              <w:start w:w="120" w:type="dxa"/>
              <w:bottom w:w="65" w:type="dxa"/>
              <w:end w:w="120" w:type="dxa"/>
            </w:tcMar>
            <w:shd w:fill="F5F6F6"/>
            <w:vAlign w:val="center"/>
          </w:tcPr>
          <w:p>
            <w:pPr>
              <w:spacing w:after="0" w:line="283" w:lineRule="auto"/>
              <w:jc w:val="left"/>
            </w:pPr>
            <w:r>
              <w:rPr>
                <w:rFonts w:ascii="Microsoft YaHei" w:hAnsi="Microsoft YaHei" w:eastAsia="Microsoft YaHei"/>
                <w:b w:val="0"/>
                <w:color w:val="000000"/>
                <w:sz w:val="17"/>
              </w:rPr>
              <w:t>financial_statement</w:t>
            </w:r>
          </w:p>
        </w:tc>
        <w:tc>
          <w:tcPr>
            <w:tcW w:type="dxa" w:w="6624"/>
            <w:tcMar>
              <w:top w:w="65" w:type="dxa"/>
              <w:start w:w="120" w:type="dxa"/>
              <w:bottom w:w="65" w:type="dxa"/>
              <w:end w:w="120" w:type="dxa"/>
            </w:tcMar>
            <w:shd w:fill="F5F6F6"/>
            <w:vAlign w:val="center"/>
          </w:tcPr>
          <w:p>
            <w:pPr>
              <w:spacing w:after="0" w:line="283" w:lineRule="auto"/>
              <w:jc w:val="left"/>
            </w:pPr>
            <w:r>
              <w:rPr>
                <w:rFonts w:ascii="Microsoft YaHei" w:hAnsi="Microsoft YaHei" w:eastAsia="Microsoft YaHei"/>
                <w:b w:val="0"/>
                <w:color w:val="000000"/>
                <w:sz w:val="17"/>
              </w:rPr>
              <w:t>多期多口径财务报表</w:t>
            </w:r>
          </w:p>
        </w:tc>
      </w:tr>
      <w:tr>
        <w:trPr>
          <w:cantSplit/>
        </w:trPr>
        <w:tc>
          <w:tcPr>
            <w:tcW w:type="dxa" w:w="3240"/>
            <w:tcMar>
              <w:top w:w="65" w:type="dxa"/>
              <w:start w:w="120" w:type="dxa"/>
              <w:bottom w:w="65" w:type="dxa"/>
              <w:end w:w="120" w:type="dxa"/>
            </w:tcMar>
            <w:vAlign w:val="center"/>
          </w:tcPr>
          <w:p>
            <w:pPr>
              <w:spacing w:after="0" w:line="283" w:lineRule="auto"/>
              <w:jc w:val="left"/>
            </w:pPr>
            <w:r>
              <w:rPr>
                <w:rFonts w:ascii="Microsoft YaHei" w:hAnsi="Microsoft YaHei" w:eastAsia="Microsoft YaHei"/>
                <w:b w:val="0"/>
                <w:color w:val="000000"/>
                <w:sz w:val="17"/>
              </w:rPr>
              <w:t>lease_asset</w:t>
            </w:r>
          </w:p>
        </w:tc>
        <w:tc>
          <w:tcPr>
            <w:tcW w:type="dxa" w:w="6624"/>
            <w:tcMar>
              <w:top w:w="65" w:type="dxa"/>
              <w:start w:w="120" w:type="dxa"/>
              <w:bottom w:w="65" w:type="dxa"/>
              <w:end w:w="120" w:type="dxa"/>
            </w:tcMar>
            <w:vAlign w:val="center"/>
          </w:tcPr>
          <w:p>
            <w:pPr>
              <w:spacing w:after="0" w:line="283" w:lineRule="auto"/>
              <w:jc w:val="left"/>
            </w:pPr>
            <w:r>
              <w:rPr>
                <w:rFonts w:ascii="Microsoft YaHei" w:hAnsi="Microsoft YaHei" w:eastAsia="Microsoft YaHei"/>
                <w:b w:val="0"/>
                <w:color w:val="000000"/>
                <w:sz w:val="17"/>
              </w:rPr>
              <w:t>租赁物明细和唯一编号</w:t>
            </w:r>
          </w:p>
        </w:tc>
      </w:tr>
      <w:tr>
        <w:trPr>
          <w:cantSplit/>
        </w:trPr>
        <w:tc>
          <w:tcPr>
            <w:tcW w:type="dxa" w:w="3240"/>
            <w:tcMar>
              <w:top w:w="65" w:type="dxa"/>
              <w:start w:w="120" w:type="dxa"/>
              <w:bottom w:w="65" w:type="dxa"/>
              <w:end w:w="120" w:type="dxa"/>
            </w:tcMar>
            <w:shd w:fill="F5F6F6"/>
            <w:vAlign w:val="center"/>
          </w:tcPr>
          <w:p>
            <w:pPr>
              <w:spacing w:after="0" w:line="283" w:lineRule="auto"/>
              <w:jc w:val="left"/>
            </w:pPr>
            <w:r>
              <w:rPr>
                <w:rFonts w:ascii="Microsoft YaHei" w:hAnsi="Microsoft YaHei" w:eastAsia="Microsoft YaHei"/>
                <w:b w:val="0"/>
                <w:color w:val="000000"/>
                <w:sz w:val="17"/>
              </w:rPr>
              <w:t>insurance_policy</w:t>
            </w:r>
          </w:p>
        </w:tc>
        <w:tc>
          <w:tcPr>
            <w:tcW w:type="dxa" w:w="6624"/>
            <w:tcMar>
              <w:top w:w="65" w:type="dxa"/>
              <w:start w:w="120" w:type="dxa"/>
              <w:bottom w:w="65" w:type="dxa"/>
              <w:end w:w="120" w:type="dxa"/>
            </w:tcMar>
            <w:shd w:fill="F5F6F6"/>
            <w:vAlign w:val="center"/>
          </w:tcPr>
          <w:p>
            <w:pPr>
              <w:spacing w:after="0" w:line="283" w:lineRule="auto"/>
              <w:jc w:val="left"/>
            </w:pPr>
            <w:r>
              <w:rPr>
                <w:rFonts w:ascii="Microsoft YaHei" w:hAnsi="Microsoft YaHei" w:eastAsia="Microsoft YaHei"/>
                <w:b w:val="0"/>
                <w:color w:val="000000"/>
                <w:sz w:val="17"/>
              </w:rPr>
              <w:t>保险保单</w:t>
            </w:r>
          </w:p>
        </w:tc>
      </w:tr>
      <w:tr>
        <w:trPr>
          <w:cantSplit/>
        </w:trPr>
        <w:tc>
          <w:tcPr>
            <w:tcW w:type="dxa" w:w="3240"/>
            <w:tcMar>
              <w:top w:w="65" w:type="dxa"/>
              <w:start w:w="120" w:type="dxa"/>
              <w:bottom w:w="65" w:type="dxa"/>
              <w:end w:w="120" w:type="dxa"/>
            </w:tcMar>
            <w:vAlign w:val="center"/>
          </w:tcPr>
          <w:p>
            <w:pPr>
              <w:spacing w:after="0" w:line="283" w:lineRule="auto"/>
              <w:jc w:val="left"/>
            </w:pPr>
            <w:r>
              <w:rPr>
                <w:rFonts w:ascii="Microsoft YaHei" w:hAnsi="Microsoft YaHei" w:eastAsia="Microsoft YaHei"/>
                <w:b w:val="0"/>
                <w:color w:val="000000"/>
                <w:sz w:val="17"/>
              </w:rPr>
              <w:t>guarantee_measure</w:t>
            </w:r>
          </w:p>
        </w:tc>
        <w:tc>
          <w:tcPr>
            <w:tcW w:type="dxa" w:w="6624"/>
            <w:tcMar>
              <w:top w:w="65" w:type="dxa"/>
              <w:start w:w="120" w:type="dxa"/>
              <w:bottom w:w="65" w:type="dxa"/>
              <w:end w:w="120" w:type="dxa"/>
            </w:tcMar>
            <w:vAlign w:val="center"/>
          </w:tcPr>
          <w:p>
            <w:pPr>
              <w:spacing w:after="0" w:line="283" w:lineRule="auto"/>
              <w:jc w:val="left"/>
            </w:pPr>
            <w:r>
              <w:rPr>
                <w:rFonts w:ascii="Microsoft YaHei" w:hAnsi="Microsoft YaHei" w:eastAsia="Microsoft YaHei"/>
                <w:b w:val="0"/>
                <w:color w:val="000000"/>
                <w:sz w:val="17"/>
              </w:rPr>
              <w:t>保证金 保证和质押措施</w:t>
            </w:r>
          </w:p>
        </w:tc>
      </w:tr>
      <w:tr>
        <w:trPr>
          <w:cantSplit/>
        </w:trPr>
        <w:tc>
          <w:tcPr>
            <w:tcW w:type="dxa" w:w="3240"/>
            <w:tcMar>
              <w:top w:w="65" w:type="dxa"/>
              <w:start w:w="120" w:type="dxa"/>
              <w:bottom w:w="65" w:type="dxa"/>
              <w:end w:w="120" w:type="dxa"/>
            </w:tcMar>
            <w:shd w:fill="F5F6F6"/>
            <w:vAlign w:val="center"/>
          </w:tcPr>
          <w:p>
            <w:pPr>
              <w:spacing w:after="0" w:line="283" w:lineRule="auto"/>
              <w:jc w:val="left"/>
            </w:pPr>
            <w:r>
              <w:rPr>
                <w:rFonts w:ascii="Microsoft YaHei" w:hAnsi="Microsoft YaHei" w:eastAsia="Microsoft YaHei"/>
                <w:b w:val="0"/>
                <w:color w:val="000000"/>
                <w:sz w:val="17"/>
              </w:rPr>
              <w:t>credit_snapshot</w:t>
            </w:r>
          </w:p>
        </w:tc>
        <w:tc>
          <w:tcPr>
            <w:tcW w:type="dxa" w:w="6624"/>
            <w:tcMar>
              <w:top w:w="65" w:type="dxa"/>
              <w:start w:w="120" w:type="dxa"/>
              <w:bottom w:w="65" w:type="dxa"/>
              <w:end w:w="120" w:type="dxa"/>
            </w:tcMar>
            <w:shd w:fill="F5F6F6"/>
            <w:vAlign w:val="center"/>
          </w:tcPr>
          <w:p>
            <w:pPr>
              <w:spacing w:after="0" w:line="283" w:lineRule="auto"/>
              <w:jc w:val="left"/>
            </w:pPr>
            <w:r>
              <w:rPr>
                <w:rFonts w:ascii="Microsoft YaHei" w:hAnsi="Microsoft YaHei" w:eastAsia="Microsoft YaHei"/>
                <w:b w:val="0"/>
                <w:color w:val="000000"/>
                <w:sz w:val="17"/>
              </w:rPr>
              <w:t>征信快照</w:t>
            </w:r>
          </w:p>
        </w:tc>
      </w:tr>
      <w:tr>
        <w:trPr>
          <w:cantSplit/>
        </w:trPr>
        <w:tc>
          <w:tcPr>
            <w:tcW w:type="dxa" w:w="3240"/>
            <w:tcMar>
              <w:top w:w="65" w:type="dxa"/>
              <w:start w:w="120" w:type="dxa"/>
              <w:bottom w:w="65" w:type="dxa"/>
              <w:end w:w="120" w:type="dxa"/>
            </w:tcMar>
            <w:vAlign w:val="center"/>
          </w:tcPr>
          <w:p>
            <w:pPr>
              <w:spacing w:after="0" w:line="283" w:lineRule="auto"/>
              <w:jc w:val="left"/>
            </w:pPr>
            <w:r>
              <w:rPr>
                <w:rFonts w:ascii="Microsoft YaHei" w:hAnsi="Microsoft YaHei" w:eastAsia="Microsoft YaHei"/>
                <w:b w:val="0"/>
                <w:color w:val="000000"/>
                <w:sz w:val="17"/>
              </w:rPr>
              <w:t>legal_case</w:t>
            </w:r>
          </w:p>
        </w:tc>
        <w:tc>
          <w:tcPr>
            <w:tcW w:type="dxa" w:w="6624"/>
            <w:tcMar>
              <w:top w:w="65" w:type="dxa"/>
              <w:start w:w="120" w:type="dxa"/>
              <w:bottom w:w="65" w:type="dxa"/>
              <w:end w:w="120" w:type="dxa"/>
            </w:tcMar>
            <w:vAlign w:val="center"/>
          </w:tcPr>
          <w:p>
            <w:pPr>
              <w:spacing w:after="0" w:line="283" w:lineRule="auto"/>
              <w:jc w:val="left"/>
            </w:pPr>
            <w:r>
              <w:rPr>
                <w:rFonts w:ascii="Microsoft YaHei" w:hAnsi="Microsoft YaHei" w:eastAsia="Microsoft YaHei"/>
                <w:b w:val="0"/>
                <w:color w:val="000000"/>
                <w:sz w:val="17"/>
              </w:rPr>
              <w:t>涉诉和执行案件</w:t>
            </w:r>
          </w:p>
        </w:tc>
      </w:tr>
      <w:tr>
        <w:trPr>
          <w:cantSplit/>
        </w:trPr>
        <w:tc>
          <w:tcPr>
            <w:tcW w:type="dxa" w:w="3240"/>
            <w:tcMar>
              <w:top w:w="65" w:type="dxa"/>
              <w:start w:w="120" w:type="dxa"/>
              <w:bottom w:w="65" w:type="dxa"/>
              <w:end w:w="120" w:type="dxa"/>
            </w:tcMar>
            <w:shd w:fill="F5F6F6"/>
            <w:vAlign w:val="center"/>
          </w:tcPr>
          <w:p>
            <w:pPr>
              <w:spacing w:after="0" w:line="283" w:lineRule="auto"/>
              <w:jc w:val="left"/>
            </w:pPr>
            <w:r>
              <w:rPr>
                <w:rFonts w:ascii="Microsoft YaHei" w:hAnsi="Microsoft YaHei" w:eastAsia="Microsoft YaHei"/>
                <w:b w:val="0"/>
                <w:color w:val="000000"/>
                <w:sz w:val="17"/>
              </w:rPr>
              <w:t>repayment_source</w:t>
            </w:r>
          </w:p>
        </w:tc>
        <w:tc>
          <w:tcPr>
            <w:tcW w:type="dxa" w:w="6624"/>
            <w:tcMar>
              <w:top w:w="65" w:type="dxa"/>
              <w:start w:w="120" w:type="dxa"/>
              <w:bottom w:w="65" w:type="dxa"/>
              <w:end w:w="120" w:type="dxa"/>
            </w:tcMar>
            <w:shd w:fill="F5F6F6"/>
            <w:vAlign w:val="center"/>
          </w:tcPr>
          <w:p>
            <w:pPr>
              <w:spacing w:after="0" w:line="283" w:lineRule="auto"/>
              <w:jc w:val="left"/>
            </w:pPr>
            <w:r>
              <w:rPr>
                <w:rFonts w:ascii="Microsoft YaHei" w:hAnsi="Microsoft YaHei" w:eastAsia="Microsoft YaHei"/>
                <w:b w:val="0"/>
                <w:color w:val="000000"/>
                <w:sz w:val="17"/>
              </w:rPr>
              <w:t>还款来源和佐证状态</w:t>
            </w:r>
          </w:p>
        </w:tc>
      </w:tr>
      <w:tr>
        <w:trPr>
          <w:cantSplit/>
        </w:trPr>
        <w:tc>
          <w:tcPr>
            <w:tcW w:type="dxa" w:w="3240"/>
            <w:tcMar>
              <w:top w:w="65" w:type="dxa"/>
              <w:start w:w="120" w:type="dxa"/>
              <w:bottom w:w="65" w:type="dxa"/>
              <w:end w:w="120" w:type="dxa"/>
            </w:tcMar>
            <w:vAlign w:val="center"/>
          </w:tcPr>
          <w:p>
            <w:pPr>
              <w:spacing w:after="0" w:line="283" w:lineRule="auto"/>
              <w:jc w:val="left"/>
            </w:pPr>
            <w:r>
              <w:rPr>
                <w:rFonts w:ascii="Microsoft YaHei" w:hAnsi="Microsoft YaHei" w:eastAsia="Microsoft YaHei"/>
                <w:b w:val="0"/>
                <w:color w:val="000000"/>
                <w:sz w:val="17"/>
              </w:rPr>
              <w:t>project_document</w:t>
            </w:r>
          </w:p>
        </w:tc>
        <w:tc>
          <w:tcPr>
            <w:tcW w:type="dxa" w:w="6624"/>
            <w:tcMar>
              <w:top w:w="65" w:type="dxa"/>
              <w:start w:w="120" w:type="dxa"/>
              <w:bottom w:w="65" w:type="dxa"/>
              <w:end w:w="120" w:type="dxa"/>
            </w:tcMar>
            <w:vAlign w:val="center"/>
          </w:tcPr>
          <w:p>
            <w:pPr>
              <w:spacing w:after="0" w:line="283" w:lineRule="auto"/>
              <w:jc w:val="left"/>
            </w:pPr>
            <w:r>
              <w:rPr>
                <w:rFonts w:ascii="Microsoft YaHei" w:hAnsi="Microsoft YaHei" w:eastAsia="Microsoft YaHei"/>
                <w:b w:val="0"/>
                <w:color w:val="000000"/>
                <w:sz w:val="17"/>
              </w:rPr>
              <w:t>项目材料索引 不保存文件正文</w:t>
            </w:r>
          </w:p>
        </w:tc>
      </w:tr>
    </w:tbl>
    <w:p>
      <w:pPr>
        <w:spacing w:after="40"/>
      </w:pPr>
    </w:p>
    <w:p>
      <w:pPr>
        <w:pStyle w:val="Heading2"/>
        <w:keepNext/>
        <w:pageBreakBefore w:val="0"/>
      </w:pPr>
      <w:r>
        <w:rPr>
          <w:rFonts w:ascii="Microsoft YaHei" w:hAnsi="Microsoft YaHei" w:eastAsia="Microsoft YaHei"/>
          <w:b/>
          <w:color w:val="000000"/>
          <w:sz w:val="28"/>
        </w:rPr>
        <w:t>A.2 已配置数据卡</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31"/>
        <w:gridCol w:w="3331"/>
        <w:gridCol w:w="3331"/>
      </w:tblGrid>
      <w:tr>
        <w:trPr>
          <w:tblHeader w:val="true"/>
          <w:cantSplit/>
        </w:trPr>
        <w:tc>
          <w:tcPr>
            <w:tcW w:type="dxa" w:w="2304"/>
            <w:shd w:fill="185C48"/>
            <w:tcMar>
              <w:top w:w="68" w:type="dxa"/>
              <w:start w:w="120" w:type="dxa"/>
              <w:bottom w:w="68" w:type="dxa"/>
              <w:end w:w="120" w:type="dxa"/>
            </w:tcMar>
            <w:vAlign w:val="center"/>
          </w:tcPr>
          <w:p>
            <w:pPr>
              <w:spacing w:after="0" w:line="283" w:lineRule="auto"/>
              <w:jc w:val="center"/>
            </w:pPr>
            <w:r>
              <w:rPr>
                <w:rFonts w:ascii="Microsoft YaHei" w:hAnsi="Microsoft YaHei" w:eastAsia="Microsoft YaHei"/>
                <w:b/>
                <w:color w:val="FFFFFF"/>
                <w:sz w:val="18"/>
              </w:rPr>
              <w:t>数据卡</w:t>
            </w:r>
          </w:p>
        </w:tc>
        <w:tc>
          <w:tcPr>
            <w:tcW w:type="dxa" w:w="2880"/>
            <w:shd w:fill="185C48"/>
            <w:tcMar>
              <w:top w:w="68" w:type="dxa"/>
              <w:start w:w="120" w:type="dxa"/>
              <w:bottom w:w="68" w:type="dxa"/>
              <w:end w:w="120" w:type="dxa"/>
            </w:tcMar>
            <w:vAlign w:val="center"/>
          </w:tcPr>
          <w:p>
            <w:pPr>
              <w:spacing w:after="0" w:line="283" w:lineRule="auto"/>
              <w:jc w:val="center"/>
            </w:pPr>
            <w:r>
              <w:rPr>
                <w:rFonts w:ascii="Microsoft YaHei" w:hAnsi="Microsoft YaHei" w:eastAsia="Microsoft YaHei"/>
                <w:b/>
                <w:color w:val="FFFFFF"/>
                <w:sz w:val="18"/>
              </w:rPr>
              <w:t>关联数据</w:t>
            </w:r>
          </w:p>
        </w:tc>
        <w:tc>
          <w:tcPr>
            <w:tcW w:type="dxa" w:w="4680"/>
            <w:shd w:fill="185C48"/>
            <w:tcMar>
              <w:top w:w="68" w:type="dxa"/>
              <w:start w:w="120" w:type="dxa"/>
              <w:bottom w:w="68" w:type="dxa"/>
              <w:end w:w="120" w:type="dxa"/>
            </w:tcMar>
            <w:vAlign w:val="center"/>
          </w:tcPr>
          <w:p>
            <w:pPr>
              <w:spacing w:after="0" w:line="283" w:lineRule="auto"/>
              <w:jc w:val="center"/>
            </w:pPr>
            <w:r>
              <w:rPr>
                <w:rFonts w:ascii="Microsoft YaHei" w:hAnsi="Microsoft YaHei" w:eastAsia="Microsoft YaHei"/>
                <w:b/>
                <w:color w:val="FFFFFF"/>
                <w:sz w:val="18"/>
              </w:rPr>
              <w:t>主要标准字段</w:t>
            </w:r>
          </w:p>
        </w:tc>
      </w:tr>
      <w:tr>
        <w:trPr>
          <w:cantSplit/>
        </w:trPr>
        <w:tc>
          <w:tcPr>
            <w:tcW w:type="dxa" w:w="2304"/>
            <w:tcMar>
              <w:top w:w="58" w:type="dxa"/>
              <w:start w:w="120" w:type="dxa"/>
              <w:bottom w:w="58" w:type="dxa"/>
              <w:end w:w="120" w:type="dxa"/>
            </w:tcMar>
            <w:vAlign w:val="center"/>
          </w:tcPr>
          <w:p>
            <w:pPr>
              <w:spacing w:after="0" w:line="283" w:lineRule="auto"/>
              <w:jc w:val="center"/>
            </w:pPr>
            <w:r>
              <w:rPr>
                <w:rFonts w:ascii="Microsoft YaHei" w:hAnsi="Microsoft YaHei" w:eastAsia="Microsoft YaHei"/>
                <w:b w:val="0"/>
                <w:color w:val="000000"/>
                <w:sz w:val="16"/>
              </w:rPr>
              <w:t>项目与授信方案</w:t>
            </w:r>
          </w:p>
        </w:tc>
        <w:tc>
          <w:tcPr>
            <w:tcW w:type="dxa" w:w="2880"/>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6"/>
              </w:rPr>
              <w:t>客户 项目 融资方案</w:t>
            </w:r>
          </w:p>
        </w:tc>
        <w:tc>
          <w:tcPr>
            <w:tcW w:type="dxa" w:w="4680"/>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6"/>
              </w:rPr>
              <w:t>project.id customer.name facility.amount facility.term</w:t>
            </w:r>
          </w:p>
        </w:tc>
      </w:tr>
      <w:tr>
        <w:trPr>
          <w:cantSplit/>
        </w:trPr>
        <w:tc>
          <w:tcPr>
            <w:tcW w:type="dxa" w:w="2304"/>
            <w:tcMar>
              <w:top w:w="58" w:type="dxa"/>
              <w:start w:w="120" w:type="dxa"/>
              <w:bottom w:w="58" w:type="dxa"/>
              <w:end w:w="120" w:type="dxa"/>
            </w:tcMar>
            <w:shd w:fill="F5F6F6"/>
            <w:vAlign w:val="center"/>
          </w:tcPr>
          <w:p>
            <w:pPr>
              <w:spacing w:after="0" w:line="283" w:lineRule="auto"/>
              <w:jc w:val="center"/>
            </w:pPr>
            <w:r>
              <w:rPr>
                <w:rFonts w:ascii="Microsoft YaHei" w:hAnsi="Microsoft YaHei" w:eastAsia="Microsoft YaHei"/>
                <w:b w:val="0"/>
                <w:color w:val="000000"/>
                <w:sz w:val="16"/>
              </w:rPr>
              <w:t>多期财务报表</w:t>
            </w:r>
          </w:p>
        </w:tc>
        <w:tc>
          <w:tcPr>
            <w:tcW w:type="dxa" w:w="2880"/>
            <w:tcMar>
              <w:top w:w="58" w:type="dxa"/>
              <w:start w:w="120" w:type="dxa"/>
              <w:bottom w:w="58" w:type="dxa"/>
              <w:end w:w="120" w:type="dxa"/>
            </w:tcMar>
            <w:shd w:fill="F5F6F6"/>
            <w:vAlign w:val="center"/>
          </w:tcPr>
          <w:p>
            <w:pPr>
              <w:spacing w:after="0" w:line="283" w:lineRule="auto"/>
              <w:jc w:val="left"/>
            </w:pPr>
            <w:r>
              <w:rPr>
                <w:rFonts w:ascii="Microsoft YaHei" w:hAnsi="Microsoft YaHei" w:eastAsia="Microsoft YaHei"/>
                <w:b w:val="0"/>
                <w:color w:val="000000"/>
                <w:sz w:val="16"/>
              </w:rPr>
              <w:t>财务报表</w:t>
            </w:r>
          </w:p>
        </w:tc>
        <w:tc>
          <w:tcPr>
            <w:tcW w:type="dxa" w:w="4680"/>
            <w:tcMar>
              <w:top w:w="58" w:type="dxa"/>
              <w:start w:w="120" w:type="dxa"/>
              <w:bottom w:w="58" w:type="dxa"/>
              <w:end w:w="120" w:type="dxa"/>
            </w:tcMar>
            <w:shd w:fill="F5F6F6"/>
            <w:vAlign w:val="center"/>
          </w:tcPr>
          <w:p>
            <w:pPr>
              <w:spacing w:after="0" w:line="283" w:lineRule="auto"/>
              <w:jc w:val="left"/>
            </w:pPr>
            <w:r>
              <w:rPr>
                <w:rFonts w:ascii="Microsoft YaHei" w:hAnsi="Microsoft YaHei" w:eastAsia="Microsoft YaHei"/>
                <w:b w:val="0"/>
                <w:color w:val="000000"/>
                <w:sz w:val="16"/>
              </w:rPr>
              <w:t>期间 口径 资产 负债 经营现金流</w:t>
            </w:r>
          </w:p>
        </w:tc>
      </w:tr>
      <w:tr>
        <w:trPr>
          <w:cantSplit/>
        </w:trPr>
        <w:tc>
          <w:tcPr>
            <w:tcW w:type="dxa" w:w="2304"/>
            <w:tcMar>
              <w:top w:w="58" w:type="dxa"/>
              <w:start w:w="120" w:type="dxa"/>
              <w:bottom w:w="58" w:type="dxa"/>
              <w:end w:w="120" w:type="dxa"/>
            </w:tcMar>
            <w:vAlign w:val="center"/>
          </w:tcPr>
          <w:p>
            <w:pPr>
              <w:spacing w:after="0" w:line="283" w:lineRule="auto"/>
              <w:jc w:val="center"/>
            </w:pPr>
            <w:r>
              <w:rPr>
                <w:rFonts w:ascii="Microsoft YaHei" w:hAnsi="Microsoft YaHei" w:eastAsia="Microsoft YaHei"/>
                <w:b w:val="0"/>
                <w:color w:val="000000"/>
                <w:sz w:val="16"/>
              </w:rPr>
              <w:t>征信与涉诉汇总</w:t>
            </w:r>
          </w:p>
        </w:tc>
        <w:tc>
          <w:tcPr>
            <w:tcW w:type="dxa" w:w="2880"/>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6"/>
              </w:rPr>
              <w:t>征信 涉诉</w:t>
            </w:r>
          </w:p>
        </w:tc>
        <w:tc>
          <w:tcPr>
            <w:tcW w:type="dxa" w:w="4680"/>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6"/>
              </w:rPr>
              <w:t>报告日期 逾期 查询次数 案件数量和金额</w:t>
            </w:r>
          </w:p>
        </w:tc>
      </w:tr>
      <w:tr>
        <w:trPr>
          <w:cantSplit/>
        </w:trPr>
        <w:tc>
          <w:tcPr>
            <w:tcW w:type="dxa" w:w="2304"/>
            <w:tcMar>
              <w:top w:w="58" w:type="dxa"/>
              <w:start w:w="120" w:type="dxa"/>
              <w:bottom w:w="58" w:type="dxa"/>
              <w:end w:w="120" w:type="dxa"/>
            </w:tcMar>
            <w:shd w:fill="F5F6F6"/>
            <w:vAlign w:val="center"/>
          </w:tcPr>
          <w:p>
            <w:pPr>
              <w:spacing w:after="0" w:line="283" w:lineRule="auto"/>
              <w:jc w:val="center"/>
            </w:pPr>
            <w:r>
              <w:rPr>
                <w:rFonts w:ascii="Microsoft YaHei" w:hAnsi="Microsoft YaHei" w:eastAsia="Microsoft YaHei"/>
                <w:b w:val="0"/>
                <w:color w:val="000000"/>
                <w:sz w:val="16"/>
              </w:rPr>
              <w:t>租赁物与增信汇总</w:t>
            </w:r>
          </w:p>
        </w:tc>
        <w:tc>
          <w:tcPr>
            <w:tcW w:type="dxa" w:w="2880"/>
            <w:tcMar>
              <w:top w:w="58" w:type="dxa"/>
              <w:start w:w="120" w:type="dxa"/>
              <w:bottom w:w="58" w:type="dxa"/>
              <w:end w:w="120" w:type="dxa"/>
            </w:tcMar>
            <w:shd w:fill="F5F6F6"/>
            <w:vAlign w:val="center"/>
          </w:tcPr>
          <w:p>
            <w:pPr>
              <w:spacing w:after="0" w:line="283" w:lineRule="auto"/>
              <w:jc w:val="left"/>
            </w:pPr>
            <w:r>
              <w:rPr>
                <w:rFonts w:ascii="Microsoft YaHei" w:hAnsi="Microsoft YaHei" w:eastAsia="Microsoft YaHei"/>
                <w:b w:val="0"/>
                <w:color w:val="000000"/>
                <w:sz w:val="16"/>
              </w:rPr>
              <w:t>租赁物 保险 增信</w:t>
            </w:r>
          </w:p>
        </w:tc>
        <w:tc>
          <w:tcPr>
            <w:tcW w:type="dxa" w:w="4680"/>
            <w:tcMar>
              <w:top w:w="58" w:type="dxa"/>
              <w:start w:w="120" w:type="dxa"/>
              <w:bottom w:w="58" w:type="dxa"/>
              <w:end w:w="120" w:type="dxa"/>
            </w:tcMar>
            <w:shd w:fill="F5F6F6"/>
            <w:vAlign w:val="center"/>
          </w:tcPr>
          <w:p>
            <w:pPr>
              <w:spacing w:after="0" w:line="283" w:lineRule="auto"/>
              <w:jc w:val="left"/>
            </w:pPr>
            <w:r>
              <w:rPr>
                <w:rFonts w:ascii="Microsoft YaHei" w:hAnsi="Microsoft YaHei" w:eastAsia="Microsoft YaHei"/>
                <w:b w:val="0"/>
                <w:color w:val="000000"/>
                <w:sz w:val="16"/>
              </w:rPr>
              <w:t>租赁物价值 重复编号 保额 保证金 保证金额</w:t>
            </w:r>
          </w:p>
        </w:tc>
      </w:tr>
      <w:tr>
        <w:trPr>
          <w:cantSplit/>
        </w:trPr>
        <w:tc>
          <w:tcPr>
            <w:tcW w:type="dxa" w:w="2304"/>
            <w:tcMar>
              <w:top w:w="58" w:type="dxa"/>
              <w:start w:w="120" w:type="dxa"/>
              <w:bottom w:w="58" w:type="dxa"/>
              <w:end w:w="120" w:type="dxa"/>
            </w:tcMar>
            <w:vAlign w:val="center"/>
          </w:tcPr>
          <w:p>
            <w:pPr>
              <w:spacing w:after="0" w:line="283" w:lineRule="auto"/>
              <w:jc w:val="center"/>
            </w:pPr>
            <w:r>
              <w:rPr>
                <w:rFonts w:ascii="Microsoft YaHei" w:hAnsi="Microsoft YaHei" w:eastAsia="Microsoft YaHei"/>
                <w:b w:val="0"/>
                <w:color w:val="000000"/>
                <w:sz w:val="16"/>
              </w:rPr>
              <w:t>还款来源与材料</w:t>
            </w:r>
          </w:p>
        </w:tc>
        <w:tc>
          <w:tcPr>
            <w:tcW w:type="dxa" w:w="2880"/>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6"/>
              </w:rPr>
              <w:t>还款来源</w:t>
            </w:r>
          </w:p>
        </w:tc>
        <w:tc>
          <w:tcPr>
            <w:tcW w:type="dxa" w:w="4680"/>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6"/>
              </w:rPr>
              <w:t>回款依赖 材料状态 预计金额 来源类型</w:t>
            </w:r>
          </w:p>
        </w:tc>
      </w:tr>
    </w:tbl>
    <w:p>
      <w:pPr>
        <w:spacing w:after="40"/>
      </w:pPr>
    </w:p>
    <w:p>
      <w:pPr>
        <w:pStyle w:val="Heading1"/>
        <w:keepNext/>
        <w:pageBreakBefore/>
      </w:pPr>
      <w:r>
        <w:rPr>
          <w:rFonts w:ascii="Microsoft YaHei" w:hAnsi="Microsoft YaHei" w:eastAsia="Microsoft YaHei"/>
          <w:b/>
          <w:color w:val="000000"/>
          <w:sz w:val="36"/>
        </w:rPr>
        <w:t>附录B 金租对公业务Skills</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31"/>
        <w:gridCol w:w="3331"/>
        <w:gridCol w:w="3331"/>
      </w:tblGrid>
      <w:tr>
        <w:trPr>
          <w:tblHeader w:val="true"/>
          <w:cantSplit/>
        </w:trPr>
        <w:tc>
          <w:tcPr>
            <w:tcW w:type="dxa" w:w="3024"/>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Skill卡</w:t>
            </w:r>
          </w:p>
        </w:tc>
        <w:tc>
          <w:tcPr>
            <w:tcW w:type="dxa" w:w="4968"/>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核查范围</w:t>
            </w:r>
          </w:p>
        </w:tc>
        <w:tc>
          <w:tcPr>
            <w:tcW w:type="dxa" w:w="1872"/>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主要使用角色</w:t>
            </w:r>
          </w:p>
        </w:tc>
      </w:tr>
      <w:tr>
        <w:trPr>
          <w:cantSplit/>
        </w:trPr>
        <w:tc>
          <w:tcPr>
            <w:tcW w:type="dxa" w:w="3024"/>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承租人及还款能力核查</w:t>
            </w:r>
          </w:p>
        </w:tc>
        <w:tc>
          <w:tcPr>
            <w:tcW w:type="dxa" w:w="496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经营 财务 信用 现金流和还款来源</w:t>
            </w:r>
          </w:p>
        </w:tc>
        <w:tc>
          <w:tcPr>
            <w:tcW w:type="dxa" w:w="187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客户经理 评审员</w:t>
            </w:r>
          </w:p>
        </w:tc>
      </w:tr>
      <w:tr>
        <w:trPr>
          <w:cantSplit/>
        </w:trPr>
        <w:tc>
          <w:tcPr>
            <w:tcW w:type="dxa" w:w="3024"/>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租赁物适格性与权属核查</w:t>
            </w:r>
          </w:p>
        </w:tc>
        <w:tc>
          <w:tcPr>
            <w:tcW w:type="dxa" w:w="496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真实性 权属 特定化 估值 保险和处置</w:t>
            </w:r>
          </w:p>
        </w:tc>
        <w:tc>
          <w:tcPr>
            <w:tcW w:type="dxa" w:w="187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客户经理 评审员</w:t>
            </w:r>
          </w:p>
        </w:tc>
      </w:tr>
      <w:tr>
        <w:trPr>
          <w:cantSplit/>
        </w:trPr>
        <w:tc>
          <w:tcPr>
            <w:tcW w:type="dxa" w:w="3024"/>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售后回租真实性核查</w:t>
            </w:r>
          </w:p>
        </w:tc>
        <w:tc>
          <w:tcPr>
            <w:tcW w:type="dxa" w:w="496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原始权属 所有权转移 估值 融资需求和用途</w:t>
            </w:r>
          </w:p>
        </w:tc>
        <w:tc>
          <w:tcPr>
            <w:tcW w:type="dxa" w:w="187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客户经理 评审员</w:t>
            </w:r>
          </w:p>
        </w:tc>
      </w:tr>
      <w:tr>
        <w:trPr>
          <w:cantSplit/>
        </w:trPr>
        <w:tc>
          <w:tcPr>
            <w:tcW w:type="dxa" w:w="3024"/>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增信 关联交易与集中度核查</w:t>
            </w:r>
          </w:p>
        </w:tc>
        <w:tc>
          <w:tcPr>
            <w:tcW w:type="dxa" w:w="496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保证 抵质押 关联关系和集中度缺口</w:t>
            </w:r>
          </w:p>
        </w:tc>
        <w:tc>
          <w:tcPr>
            <w:tcW w:type="dxa" w:w="187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客户经理 评审员</w:t>
            </w:r>
          </w:p>
        </w:tc>
      </w:tr>
      <w:tr>
        <w:trPr>
          <w:cantSplit/>
        </w:trPr>
        <w:tc>
          <w:tcPr>
            <w:tcW w:type="dxa" w:w="3024"/>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独立评审与报告证据核查</w:t>
            </w:r>
          </w:p>
        </w:tc>
        <w:tc>
          <w:tcPr>
            <w:tcW w:type="dxa" w:w="496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全链路复核 人工决定和报告证据</w:t>
            </w:r>
          </w:p>
        </w:tc>
        <w:tc>
          <w:tcPr>
            <w:tcW w:type="dxa" w:w="187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评审员</w:t>
            </w:r>
          </w:p>
        </w:tc>
      </w:tr>
    </w:tbl>
    <w:p>
      <w:pPr>
        <w:spacing w:after="40"/>
      </w:pPr>
    </w:p>
    <w:p>
      <w:pPr>
        <w:pStyle w:val="Heading2"/>
        <w:keepNext/>
        <w:pageBreakBefore w:val="0"/>
      </w:pPr>
      <w:r>
        <w:rPr>
          <w:rFonts w:ascii="Microsoft YaHei" w:hAnsi="Microsoft YaHei" w:eastAsia="Microsoft YaHei"/>
          <w:b/>
          <w:color w:val="000000"/>
          <w:sz w:val="28"/>
        </w:rPr>
        <w:t>B.1 确定性检查</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97"/>
        <w:gridCol w:w="4997"/>
      </w:tblGrid>
      <w:tr>
        <w:trPr>
          <w:tblHeader w:val="true"/>
          <w:cantSplit/>
        </w:trPr>
        <w:tc>
          <w:tcPr>
            <w:tcW w:type="dxa" w:w="3312"/>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检查</w:t>
            </w:r>
          </w:p>
        </w:tc>
        <w:tc>
          <w:tcPr>
            <w:tcW w:type="dxa" w:w="6552"/>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业务含义</w:t>
            </w:r>
          </w:p>
        </w:tc>
      </w:tr>
      <w:tr>
        <w:trPr>
          <w:cantSplit/>
        </w:trPr>
        <w:tc>
          <w:tcPr>
            <w:tcW w:type="dxa" w:w="331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负债金额来源一致性</w:t>
            </w:r>
          </w:p>
        </w:tc>
        <w:tc>
          <w:tcPr>
            <w:tcW w:type="dxa" w:w="655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比较财报负债和尽调负债，发现口径冲突</w:t>
            </w:r>
          </w:p>
        </w:tc>
      </w:tr>
      <w:tr>
        <w:trPr>
          <w:cantSplit/>
        </w:trPr>
        <w:tc>
          <w:tcPr>
            <w:tcW w:type="dxa" w:w="331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经营现金流完整性</w:t>
            </w:r>
          </w:p>
        </w:tc>
        <w:tc>
          <w:tcPr>
            <w:tcW w:type="dxa" w:w="655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检查关键现金流字段是否缺失</w:t>
            </w:r>
          </w:p>
        </w:tc>
      </w:tr>
      <w:tr>
        <w:trPr>
          <w:cantSplit/>
        </w:trPr>
        <w:tc>
          <w:tcPr>
            <w:tcW w:type="dxa" w:w="331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设备清单重复</w:t>
            </w:r>
          </w:p>
        </w:tc>
        <w:tc>
          <w:tcPr>
            <w:tcW w:type="dxa" w:w="655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按设备唯一编号识别重复行</w:t>
            </w:r>
          </w:p>
        </w:tc>
      </w:tr>
      <w:tr>
        <w:trPr>
          <w:cantSplit/>
        </w:trPr>
        <w:tc>
          <w:tcPr>
            <w:tcW w:type="dxa" w:w="331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租赁物价值覆盖测算</w:t>
            </w:r>
          </w:p>
        </w:tc>
        <w:tc>
          <w:tcPr>
            <w:tcW w:type="dxa" w:w="655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使用十进制计算租赁物价值与融资金额的比率</w:t>
            </w:r>
          </w:p>
        </w:tc>
      </w:tr>
    </w:tbl>
    <w:p>
      <w:pPr>
        <w:spacing w:after="40"/>
      </w:pPr>
    </w:p>
    <w:p>
      <w:pPr>
        <w:pStyle w:val="BodyText"/>
        <w:spacing w:after="120" w:line="312" w:lineRule="auto"/>
      </w:pPr>
      <w:r>
        <w:rPr>
          <w:rFonts w:ascii="Microsoft YaHei" w:hAnsi="Microsoft YaHei" w:eastAsia="Microsoft YaHei"/>
          <w:color w:val="000000"/>
          <w:sz w:val="21"/>
        </w:rPr>
        <w:t>监管或业务方法用于确定核查方向，不自动生成公司内部数值阈值。正式阈值必须通过规则版本管理和授权发布。</w:t>
      </w:r>
    </w:p>
    <w:p>
      <w:pPr>
        <w:pStyle w:val="Heading1"/>
        <w:keepNext/>
        <w:pageBreakBefore/>
      </w:pPr>
      <w:r>
        <w:rPr>
          <w:rFonts w:ascii="Microsoft YaHei" w:hAnsi="Microsoft YaHei" w:eastAsia="Microsoft YaHei"/>
          <w:b/>
          <w:color w:val="000000"/>
          <w:sz w:val="36"/>
        </w:rPr>
        <w:t>附录C 演示验收清单</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31"/>
        <w:gridCol w:w="3331"/>
        <w:gridCol w:w="3331"/>
      </w:tblGrid>
      <w:tr>
        <w:trPr>
          <w:tblHeader w:val="true"/>
          <w:cantSplit/>
        </w:trPr>
        <w:tc>
          <w:tcPr>
            <w:tcW w:type="dxa" w:w="180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验收项</w:t>
            </w:r>
          </w:p>
        </w:tc>
        <w:tc>
          <w:tcPr>
            <w:tcW w:type="dxa" w:w="6264"/>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通过标准</w:t>
            </w:r>
          </w:p>
        </w:tc>
        <w:tc>
          <w:tcPr>
            <w:tcW w:type="dxa" w:w="180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结果</w:t>
            </w:r>
          </w:p>
        </w:tc>
      </w:tr>
      <w:tr>
        <w:trPr>
          <w:cantSplit/>
        </w:trPr>
        <w:tc>
          <w:tcPr>
            <w:tcW w:type="dxa" w:w="1800"/>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身份</w:t>
            </w:r>
          </w:p>
        </w:tc>
        <w:tc>
          <w:tcPr>
            <w:tcW w:type="dxa" w:w="6264"/>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每个页面明显显示当前角色和当前项目</w:t>
            </w:r>
          </w:p>
        </w:tc>
        <w:tc>
          <w:tcPr>
            <w:tcW w:type="dxa" w:w="180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 通过  □ 不通过</w:t>
            </w:r>
          </w:p>
        </w:tc>
      </w:tr>
      <w:tr>
        <w:trPr>
          <w:cantSplit/>
        </w:trPr>
        <w:tc>
          <w:tcPr>
            <w:tcW w:type="dxa" w:w="1800"/>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客户经理</w:t>
            </w:r>
          </w:p>
        </w:tc>
        <w:tc>
          <w:tcPr>
            <w:tcW w:type="dxa" w:w="6264"/>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能上传材料 查看解析 确认来源并发起AI预审</w:t>
            </w:r>
          </w:p>
        </w:tc>
        <w:tc>
          <w:tcPr>
            <w:tcW w:type="dxa" w:w="180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 通过  □ 不通过</w:t>
            </w:r>
          </w:p>
        </w:tc>
      </w:tr>
      <w:tr>
        <w:trPr>
          <w:cantSplit/>
        </w:trPr>
        <w:tc>
          <w:tcPr>
            <w:tcW w:type="dxa" w:w="1800"/>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问题闭环</w:t>
            </w:r>
          </w:p>
        </w:tc>
        <w:tc>
          <w:tcPr>
            <w:tcW w:type="dxa" w:w="6264"/>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问题显示影响和解决动作 补件后重跑保留历史</w:t>
            </w:r>
          </w:p>
        </w:tc>
        <w:tc>
          <w:tcPr>
            <w:tcW w:type="dxa" w:w="180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 通过  □ 不通过</w:t>
            </w:r>
          </w:p>
        </w:tc>
      </w:tr>
      <w:tr>
        <w:trPr>
          <w:cantSplit/>
        </w:trPr>
        <w:tc>
          <w:tcPr>
            <w:tcW w:type="dxa" w:w="1800"/>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报告</w:t>
            </w:r>
          </w:p>
        </w:tc>
        <w:tc>
          <w:tcPr>
            <w:tcW w:type="dxa" w:w="6264"/>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能生成AI预审报告 查看来源版本并提交评审</w:t>
            </w:r>
          </w:p>
        </w:tc>
        <w:tc>
          <w:tcPr>
            <w:tcW w:type="dxa" w:w="180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 通过  □ 不通过</w:t>
            </w:r>
          </w:p>
        </w:tc>
      </w:tr>
      <w:tr>
        <w:trPr>
          <w:cantSplit/>
        </w:trPr>
        <w:tc>
          <w:tcPr>
            <w:tcW w:type="dxa" w:w="1800"/>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评审池</w:t>
            </w:r>
          </w:p>
        </w:tc>
        <w:tc>
          <w:tcPr>
            <w:tcW w:type="dxa" w:w="6264"/>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客户经理和评审员看到相同提交时间和等待时长</w:t>
            </w:r>
          </w:p>
        </w:tc>
        <w:tc>
          <w:tcPr>
            <w:tcW w:type="dxa" w:w="180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 通过  □ 不通过</w:t>
            </w:r>
          </w:p>
        </w:tc>
      </w:tr>
      <w:tr>
        <w:trPr>
          <w:cantSplit/>
        </w:trPr>
        <w:tc>
          <w:tcPr>
            <w:tcW w:type="dxa" w:w="1800"/>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评审员</w:t>
            </w:r>
          </w:p>
        </w:tc>
        <w:tc>
          <w:tcPr>
            <w:tcW w:type="dxa" w:w="6264"/>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能领取项目并对六个业务主题逐项形成结论</w:t>
            </w:r>
          </w:p>
        </w:tc>
        <w:tc>
          <w:tcPr>
            <w:tcW w:type="dxa" w:w="180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 通过  □ 不通过</w:t>
            </w:r>
          </w:p>
        </w:tc>
      </w:tr>
      <w:tr>
        <w:trPr>
          <w:cantSplit/>
        </w:trPr>
        <w:tc>
          <w:tcPr>
            <w:tcW w:type="dxa" w:w="1800"/>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退回</w:t>
            </w:r>
          </w:p>
        </w:tc>
        <w:tc>
          <w:tcPr>
            <w:tcW w:type="dxa" w:w="6264"/>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退回必须填写原因 客户经理工作台显示红色项目卡</w:t>
            </w:r>
          </w:p>
        </w:tc>
        <w:tc>
          <w:tcPr>
            <w:tcW w:type="dxa" w:w="180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 通过  □ 不通过</w:t>
            </w:r>
          </w:p>
        </w:tc>
      </w:tr>
      <w:tr>
        <w:trPr>
          <w:cantSplit/>
        </w:trPr>
        <w:tc>
          <w:tcPr>
            <w:tcW w:type="dxa" w:w="1800"/>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批准</w:t>
            </w:r>
          </w:p>
        </w:tc>
        <w:tc>
          <w:tcPr>
            <w:tcW w:type="dxa" w:w="6264"/>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全部节点闭环后生成独立评审报告</w:t>
            </w:r>
          </w:p>
        </w:tc>
        <w:tc>
          <w:tcPr>
            <w:tcW w:type="dxa" w:w="180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 通过  □ 不通过</w:t>
            </w:r>
          </w:p>
        </w:tc>
      </w:tr>
      <w:tr>
        <w:trPr>
          <w:cantSplit/>
        </w:trPr>
        <w:tc>
          <w:tcPr>
            <w:tcW w:type="dxa" w:w="1800"/>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时效</w:t>
            </w:r>
          </w:p>
        </w:tc>
        <w:tc>
          <w:tcPr>
            <w:tcW w:type="dxa" w:w="6264"/>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处理 排队 外部等待和系统执行分开显示</w:t>
            </w:r>
          </w:p>
        </w:tc>
        <w:tc>
          <w:tcPr>
            <w:tcW w:type="dxa" w:w="180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 通过  □ 不通过</w:t>
            </w:r>
          </w:p>
        </w:tc>
      </w:tr>
      <w:tr>
        <w:trPr>
          <w:cantSplit/>
        </w:trPr>
        <w:tc>
          <w:tcPr>
            <w:tcW w:type="dxa" w:w="1800"/>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配置</w:t>
            </w:r>
          </w:p>
        </w:tc>
        <w:tc>
          <w:tcPr>
            <w:tcW w:type="dxa" w:w="6264"/>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能查看多表数据卡 金租Skills 规则 方案和版本</w:t>
            </w:r>
          </w:p>
        </w:tc>
        <w:tc>
          <w:tcPr>
            <w:tcW w:type="dxa" w:w="180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 通过  □ 不通过</w:t>
            </w:r>
          </w:p>
        </w:tc>
      </w:tr>
      <w:tr>
        <w:trPr>
          <w:cantSplit/>
        </w:trPr>
        <w:tc>
          <w:tcPr>
            <w:tcW w:type="dxa" w:w="1800"/>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追溯</w:t>
            </w:r>
          </w:p>
        </w:tc>
        <w:tc>
          <w:tcPr>
            <w:tcW w:type="dxa" w:w="6264"/>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运行 问题 评审决定和报告能回到材料及组件版本</w:t>
            </w:r>
          </w:p>
        </w:tc>
        <w:tc>
          <w:tcPr>
            <w:tcW w:type="dxa" w:w="180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 通过  □ 不通过</w:t>
            </w:r>
          </w:p>
        </w:tc>
      </w:tr>
      <w:tr>
        <w:trPr>
          <w:cantSplit/>
        </w:trPr>
        <w:tc>
          <w:tcPr>
            <w:tcW w:type="dxa" w:w="1800"/>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边界</w:t>
            </w:r>
          </w:p>
        </w:tc>
        <w:tc>
          <w:tcPr>
            <w:tcW w:type="dxa" w:w="6264"/>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演示身份 数据和阈值均有明确非生产说明</w:t>
            </w:r>
          </w:p>
        </w:tc>
        <w:tc>
          <w:tcPr>
            <w:tcW w:type="dxa" w:w="180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 通过  □ 不通过</w:t>
            </w:r>
          </w:p>
        </w:tc>
      </w:tr>
    </w:tbl>
    <w:p>
      <w:pPr>
        <w:spacing w:after="40"/>
      </w:pPr>
    </w:p>
    <w:p>
      <w:pPr>
        <w:pStyle w:val="Heading2"/>
        <w:keepNext/>
        <w:pageBreakBefore w:val="0"/>
      </w:pPr>
      <w:r>
        <w:rPr>
          <w:rFonts w:ascii="Microsoft YaHei" w:hAnsi="Microsoft YaHei" w:eastAsia="Microsoft YaHei"/>
          <w:b/>
          <w:color w:val="000000"/>
          <w:sz w:val="28"/>
        </w:rPr>
        <w:t>文档维护</w:t>
      </w:r>
    </w:p>
    <w:p>
      <w:pPr>
        <w:pStyle w:val="BodyText"/>
        <w:spacing w:after="120" w:line="312" w:lineRule="auto"/>
      </w:pPr>
      <w:r>
        <w:rPr>
          <w:rFonts w:ascii="Microsoft YaHei" w:hAnsi="Microsoft YaHei" w:eastAsia="Microsoft YaHei"/>
          <w:color w:val="000000"/>
          <w:sz w:val="21"/>
        </w:rPr>
        <w:t>当页面、角色权限、业务流程、数据卡、Skills、规则或报告模板发生变化时，应同步更新本手册并重新完成演示验收。手册版本应与可部署的系统版本对应，避免使用旧流程指导新页面。</w:t>
      </w:r>
    </w:p>
    <w:sectPr w:rsidR="00FC693F" w:rsidRPr="0006063C" w:rsidSect="00034616">
      <w:headerReference w:type="default" r:id="rId9"/>
      <w:footerReference w:type="default" r:id="rId10"/>
      <w:pgSz w:w="12240" w:h="15840"/>
      <w:pgMar w:top="1037" w:right="1123" w:bottom="979" w:left="1123"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Microsoft YaHei" w:hAnsi="Microsoft YaHei" w:eastAsia="Microsoft YaHei"/>
        <w:color w:val="666666"/>
        <w:sz w:val="17"/>
      </w:rPr>
      <w:t xml:space="preserve">第 </w:t>
      <w:fldChar w:fldCharType="begin"/>
      <w:instrText xml:space="preserve"> PAGE </w:instrText>
      <w:fldChar w:fldCharType="separate"/>
      <w:t>1</w:t>
      <w:fldChar w:fldCharType="end"/>
    </w:r>
    <w:r>
      <w:rPr>
        <w:rFonts w:ascii="Microsoft YaHei" w:hAnsi="Microsoft YaHei" w:eastAsia="Microsoft YaHei"/>
        <w:color w:val="666666"/>
        <w:sz w:val="17"/>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Microsoft YaHei" w:hAnsi="Microsoft YaHei" w:eastAsia="Microsoft YaHei"/>
        <w:color w:val="666666"/>
        <w:sz w:val="17"/>
      </w:rPr>
      <w:t>兴邦金租对公智能评审平台业务手册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12" w:lineRule="auto" w:after="100"/>
    </w:pPr>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ascii="Microsoft YaHei" w:hAnsi="Microsoft YaHei" w:eastAsia="Microsoft YaHe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Microsoft YaHei" w:hAnsi="Microsoft YaHei" w:eastAsia="Microsoft YaHei"/>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兴邦金租对公智能评审平台业务手册</dc:title>
  <dc:subject>对公融资租赁项目AI预审和独立评审业务操作手册</dc:subject>
  <dc:creator>兴邦金租项目组</dc:creator>
  <cp:keywords>兴邦金租, 对公业务, AI预审, 独立评审, mini-openclaw</cp:keywords>
  <dc:description>对应2026年9月演示部署版</dc:description>
  <cp:lastModifiedBy/>
  <cp:revision>1</cp:revision>
  <dcterms:created xsi:type="dcterms:W3CDTF">2013-12-23T23:15:00Z</dcterms:created>
  <dcterms:modified xsi:type="dcterms:W3CDTF">2013-12-23T23:15:00Z</dcterms:modified>
  <cp:category/>
</cp:coreProperties>
</file>